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5"/>
        <w:gridCol w:w="5019"/>
      </w:tblGrid>
      <w:tr w:rsidR="00A63C73" w:rsidRPr="004A69DE" w14:paraId="361BD7E5" w14:textId="77777777" w:rsidTr="001E1352">
        <w:trPr>
          <w:jc w:val="center"/>
        </w:trPr>
        <w:tc>
          <w:tcPr>
            <w:tcW w:w="9814" w:type="dxa"/>
            <w:gridSpan w:val="2"/>
            <w:tcBorders>
              <w:bottom w:val="nil"/>
            </w:tcBorders>
          </w:tcPr>
          <w:p w14:paraId="50AC92C2" w14:textId="77777777" w:rsidR="00A63C73" w:rsidRPr="004A69DE" w:rsidRDefault="00A63C73" w:rsidP="001E1352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bookmarkStart w:id="0" w:name="_Hlk238575817"/>
            <w:r>
              <w:rPr>
                <w:rFonts w:cs="Times New Roman"/>
                <w:b/>
                <w:sz w:val="32"/>
                <w:szCs w:val="32"/>
              </w:rPr>
              <w:t xml:space="preserve">Základní škola </w:t>
            </w:r>
            <w:r w:rsidRPr="004A69DE">
              <w:rPr>
                <w:rFonts w:cs="Times New Roman"/>
                <w:b/>
                <w:sz w:val="32"/>
                <w:szCs w:val="32"/>
              </w:rPr>
              <w:t>a mateřská škola Toužim,</w:t>
            </w:r>
          </w:p>
          <w:p w14:paraId="0786FA24" w14:textId="77777777" w:rsidR="00A63C73" w:rsidRPr="004A69DE" w:rsidRDefault="00A63C73" w:rsidP="001E1352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4A69DE">
              <w:rPr>
                <w:rFonts w:cs="Times New Roman"/>
                <w:b/>
                <w:sz w:val="32"/>
                <w:szCs w:val="32"/>
              </w:rPr>
              <w:t>příspěvková organizace</w:t>
            </w:r>
          </w:p>
          <w:p w14:paraId="6036EC80" w14:textId="77777777" w:rsidR="00A63C73" w:rsidRPr="004A69DE" w:rsidRDefault="00A63C73" w:rsidP="001E1352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A69DE">
              <w:rPr>
                <w:rFonts w:cs="Times New Roman"/>
                <w:sz w:val="32"/>
                <w:szCs w:val="32"/>
              </w:rPr>
              <w:t>Plzeňská 395, 364 01 Toužim</w:t>
            </w:r>
          </w:p>
        </w:tc>
      </w:tr>
      <w:tr w:rsidR="00A63C73" w:rsidRPr="004A69DE" w14:paraId="6F48E5A5" w14:textId="77777777" w:rsidTr="001E1352">
        <w:trPr>
          <w:cantSplit/>
          <w:jc w:val="center"/>
        </w:trPr>
        <w:tc>
          <w:tcPr>
            <w:tcW w:w="9814" w:type="dxa"/>
            <w:gridSpan w:val="2"/>
          </w:tcPr>
          <w:p w14:paraId="65364D85" w14:textId="77777777" w:rsidR="00A63C73" w:rsidRPr="004A69DE" w:rsidRDefault="00A63C73" w:rsidP="001E1352">
            <w:pPr>
              <w:spacing w:before="120" w:line="240" w:lineRule="atLeast"/>
              <w:jc w:val="center"/>
              <w:rPr>
                <w:rFonts w:cs="Times New Roman"/>
                <w:sz w:val="36"/>
                <w:szCs w:val="36"/>
              </w:rPr>
            </w:pPr>
            <w:proofErr w:type="gramStart"/>
            <w:r w:rsidRPr="004A69DE">
              <w:rPr>
                <w:rFonts w:cs="Times New Roman"/>
                <w:b/>
                <w:sz w:val="36"/>
                <w:szCs w:val="36"/>
              </w:rPr>
              <w:t>ORGANIZAČNÍ  ŘÁD</w:t>
            </w:r>
            <w:proofErr w:type="gramEnd"/>
            <w:r w:rsidRPr="004A69DE">
              <w:rPr>
                <w:rFonts w:cs="Times New Roman"/>
                <w:b/>
                <w:sz w:val="36"/>
                <w:szCs w:val="36"/>
              </w:rPr>
              <w:t xml:space="preserve">  ŠKOLY</w:t>
            </w:r>
          </w:p>
        </w:tc>
      </w:tr>
      <w:tr w:rsidR="00A63C73" w:rsidRPr="004A69DE" w14:paraId="195A2E1C" w14:textId="77777777" w:rsidTr="001E1352">
        <w:trPr>
          <w:cantSplit/>
          <w:jc w:val="center"/>
        </w:trPr>
        <w:tc>
          <w:tcPr>
            <w:tcW w:w="9814" w:type="dxa"/>
            <w:gridSpan w:val="2"/>
          </w:tcPr>
          <w:p w14:paraId="5A9ECE38" w14:textId="1BAB0C43" w:rsidR="00A63C73" w:rsidRPr="00316CBD" w:rsidRDefault="00A63C73" w:rsidP="001E1352">
            <w:pPr>
              <w:spacing w:before="120" w:line="240" w:lineRule="atLeast"/>
              <w:jc w:val="center"/>
              <w:rPr>
                <w:rFonts w:cs="Times New Roman"/>
                <w:b/>
                <w:color w:val="FF0000"/>
                <w:sz w:val="40"/>
                <w:szCs w:val="40"/>
              </w:rPr>
            </w:pPr>
            <w:r>
              <w:rPr>
                <w:rFonts w:cs="Times New Roman"/>
                <w:b/>
                <w:color w:val="FF0000"/>
                <w:sz w:val="40"/>
                <w:szCs w:val="40"/>
              </w:rPr>
              <w:t xml:space="preserve">   </w:t>
            </w:r>
            <w:r w:rsidRPr="00316CBD">
              <w:rPr>
                <w:rFonts w:cs="Times New Roman"/>
                <w:b/>
                <w:color w:val="FF0000"/>
                <w:sz w:val="40"/>
                <w:szCs w:val="40"/>
              </w:rPr>
              <w:t>VNITŘNÍ ŘÁD ŠKOLNÍ DRUŽINY</w:t>
            </w:r>
            <w:r>
              <w:rPr>
                <w:rFonts w:cs="Times New Roman"/>
                <w:b/>
                <w:color w:val="FF0000"/>
                <w:sz w:val="40"/>
                <w:szCs w:val="40"/>
              </w:rPr>
              <w:t xml:space="preserve">     </w:t>
            </w:r>
          </w:p>
        </w:tc>
      </w:tr>
      <w:tr w:rsidR="00E2201A" w:rsidRPr="004A69DE" w14:paraId="0095BEAE" w14:textId="77777777" w:rsidTr="001E1352">
        <w:trPr>
          <w:jc w:val="center"/>
        </w:trPr>
        <w:tc>
          <w:tcPr>
            <w:tcW w:w="4795" w:type="dxa"/>
          </w:tcPr>
          <w:p w14:paraId="33A7B400" w14:textId="4CAF6261" w:rsidR="00E2201A" w:rsidRPr="004A69DE" w:rsidRDefault="00FA578C" w:rsidP="00E2201A">
            <w:pPr>
              <w:spacing w:before="120" w:line="240" w:lineRule="atLeast"/>
              <w:rPr>
                <w:rFonts w:cs="Times New Roman"/>
                <w:sz w:val="28"/>
              </w:rPr>
            </w:pPr>
            <w:r>
              <w:rPr>
                <w:b/>
                <w:sz w:val="28"/>
                <w:szCs w:val="28"/>
              </w:rPr>
              <w:t>Ev</w:t>
            </w:r>
            <w:r w:rsidR="00E2201A" w:rsidRPr="00202608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č</w:t>
            </w:r>
            <w:r w:rsidR="00E2201A" w:rsidRPr="00202608">
              <w:rPr>
                <w:b/>
                <w:sz w:val="28"/>
                <w:szCs w:val="28"/>
              </w:rPr>
              <w:t xml:space="preserve">.               </w:t>
            </w:r>
          </w:p>
        </w:tc>
        <w:tc>
          <w:tcPr>
            <w:tcW w:w="5019" w:type="dxa"/>
          </w:tcPr>
          <w:p w14:paraId="43B136F2" w14:textId="509DA7C7" w:rsidR="00E2201A" w:rsidRPr="004A69DE" w:rsidRDefault="00E2201A" w:rsidP="00E2201A">
            <w:pPr>
              <w:pStyle w:val="DefinitionTerm"/>
              <w:widowControl/>
              <w:spacing w:before="120" w:line="240" w:lineRule="atLeast"/>
              <w:rPr>
                <w:sz w:val="28"/>
              </w:rPr>
            </w:pPr>
            <w:r>
              <w:rPr>
                <w:b/>
                <w:color w:val="FF0000"/>
                <w:sz w:val="40"/>
                <w:szCs w:val="40"/>
              </w:rPr>
              <w:t>Ř – III</w:t>
            </w:r>
            <w:r w:rsidR="00FA578C">
              <w:rPr>
                <w:b/>
                <w:color w:val="FF0000"/>
                <w:sz w:val="40"/>
                <w:szCs w:val="40"/>
              </w:rPr>
              <w:t xml:space="preserve"> </w:t>
            </w:r>
            <w:r>
              <w:rPr>
                <w:b/>
                <w:color w:val="FF0000"/>
                <w:sz w:val="40"/>
                <w:szCs w:val="40"/>
              </w:rPr>
              <w:t>/</w:t>
            </w:r>
            <w:r w:rsidR="00FA578C">
              <w:rPr>
                <w:b/>
                <w:color w:val="FF0000"/>
                <w:sz w:val="40"/>
                <w:szCs w:val="40"/>
              </w:rPr>
              <w:t xml:space="preserve"> I / </w:t>
            </w:r>
            <w:r>
              <w:rPr>
                <w:b/>
                <w:color w:val="FF0000"/>
                <w:sz w:val="40"/>
                <w:szCs w:val="40"/>
              </w:rPr>
              <w:t>2026</w:t>
            </w:r>
          </w:p>
        </w:tc>
      </w:tr>
      <w:tr w:rsidR="00E2201A" w:rsidRPr="004A69DE" w14:paraId="207BF1C8" w14:textId="77777777" w:rsidTr="001E1352">
        <w:trPr>
          <w:jc w:val="center"/>
        </w:trPr>
        <w:tc>
          <w:tcPr>
            <w:tcW w:w="4795" w:type="dxa"/>
          </w:tcPr>
          <w:p w14:paraId="0BC0C7BF" w14:textId="619B9E37" w:rsidR="00E2201A" w:rsidRPr="004A69DE" w:rsidRDefault="00E2201A" w:rsidP="00E2201A">
            <w:pPr>
              <w:spacing w:before="120" w:line="240" w:lineRule="atLeast"/>
              <w:rPr>
                <w:rFonts w:cs="Times New Roman"/>
                <w:sz w:val="28"/>
              </w:rPr>
            </w:pPr>
            <w:r w:rsidRPr="004A69DE">
              <w:rPr>
                <w:rFonts w:cs="Times New Roman"/>
                <w:sz w:val="28"/>
              </w:rPr>
              <w:t>Skartační znak</w:t>
            </w:r>
          </w:p>
        </w:tc>
        <w:tc>
          <w:tcPr>
            <w:tcW w:w="5019" w:type="dxa"/>
          </w:tcPr>
          <w:p w14:paraId="7DBB9624" w14:textId="2A1187F0" w:rsidR="00E2201A" w:rsidRPr="004A69DE" w:rsidRDefault="00E2201A" w:rsidP="00E2201A">
            <w:pPr>
              <w:spacing w:before="120" w:line="240" w:lineRule="atLeast"/>
              <w:rPr>
                <w:rFonts w:cs="Times New Roman"/>
                <w:sz w:val="28"/>
                <w:szCs w:val="28"/>
              </w:rPr>
            </w:pPr>
            <w:r w:rsidRPr="004A69DE">
              <w:rPr>
                <w:sz w:val="28"/>
              </w:rPr>
              <w:t xml:space="preserve">A 10 (po ukončení platnosti) </w:t>
            </w:r>
          </w:p>
        </w:tc>
      </w:tr>
      <w:tr w:rsidR="00E2201A" w:rsidRPr="004A69DE" w14:paraId="5A192A14" w14:textId="77777777" w:rsidTr="001E1352">
        <w:trPr>
          <w:jc w:val="center"/>
        </w:trPr>
        <w:tc>
          <w:tcPr>
            <w:tcW w:w="4795" w:type="dxa"/>
          </w:tcPr>
          <w:p w14:paraId="4DF749EA" w14:textId="4B7F2C3D" w:rsidR="00E2201A" w:rsidRPr="004A69DE" w:rsidRDefault="00E2201A" w:rsidP="00E2201A">
            <w:pPr>
              <w:spacing w:before="120" w:line="240" w:lineRule="atLeast"/>
              <w:rPr>
                <w:rFonts w:cs="Times New Roman"/>
                <w:sz w:val="28"/>
              </w:rPr>
            </w:pPr>
            <w:r w:rsidRPr="004A69DE">
              <w:rPr>
                <w:rFonts w:cs="Times New Roman"/>
                <w:sz w:val="28"/>
              </w:rPr>
              <w:t>Schválil</w:t>
            </w:r>
            <w:r>
              <w:rPr>
                <w:rFonts w:cs="Times New Roman"/>
                <w:sz w:val="28"/>
              </w:rPr>
              <w:t>a</w:t>
            </w:r>
            <w:r w:rsidRPr="004A69DE">
              <w:rPr>
                <w:rFonts w:cs="Times New Roman"/>
                <w:sz w:val="28"/>
              </w:rPr>
              <w:t>:</w:t>
            </w:r>
          </w:p>
        </w:tc>
        <w:tc>
          <w:tcPr>
            <w:tcW w:w="5019" w:type="dxa"/>
          </w:tcPr>
          <w:p w14:paraId="22DB820E" w14:textId="6BB6B04A" w:rsidR="00E2201A" w:rsidRPr="004A69DE" w:rsidRDefault="00E2201A" w:rsidP="00E2201A">
            <w:pPr>
              <w:spacing w:before="120" w:line="240" w:lineRule="atLeast"/>
              <w:rPr>
                <w:rFonts w:cs="Times New Roman"/>
                <w:sz w:val="28"/>
              </w:rPr>
            </w:pPr>
            <w:r w:rsidRPr="004A69DE">
              <w:rPr>
                <w:rFonts w:cs="Times New Roman"/>
                <w:sz w:val="28"/>
                <w:szCs w:val="28"/>
              </w:rPr>
              <w:t xml:space="preserve">PaedDr. Ingrid Franková, ředitelka školy </w:t>
            </w:r>
          </w:p>
        </w:tc>
      </w:tr>
      <w:tr w:rsidR="00E2201A" w:rsidRPr="004A69DE" w14:paraId="69C75C86" w14:textId="77777777" w:rsidTr="001E1352">
        <w:trPr>
          <w:jc w:val="center"/>
        </w:trPr>
        <w:tc>
          <w:tcPr>
            <w:tcW w:w="4795" w:type="dxa"/>
          </w:tcPr>
          <w:p w14:paraId="127016B0" w14:textId="5A960895" w:rsidR="00E2201A" w:rsidRPr="004A69DE" w:rsidRDefault="00E2201A" w:rsidP="00E2201A">
            <w:pPr>
              <w:spacing w:before="120" w:line="240" w:lineRule="atLeas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Projednáno na pedagogické poradě</w:t>
            </w:r>
            <w:r w:rsidRPr="004A69DE">
              <w:rPr>
                <w:rFonts w:cs="Times New Roman"/>
                <w:sz w:val="28"/>
              </w:rPr>
              <w:t xml:space="preserve"> dne</w:t>
            </w:r>
            <w:r>
              <w:rPr>
                <w:rFonts w:cs="Times New Roman"/>
                <w:sz w:val="28"/>
              </w:rPr>
              <w:t>:</w:t>
            </w:r>
          </w:p>
        </w:tc>
        <w:tc>
          <w:tcPr>
            <w:tcW w:w="5019" w:type="dxa"/>
          </w:tcPr>
          <w:p w14:paraId="7123141C" w14:textId="48D42627" w:rsidR="00E2201A" w:rsidRDefault="00E2201A" w:rsidP="00E2201A">
            <w:pPr>
              <w:spacing w:before="120" w:line="240" w:lineRule="atLeas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31. srpna 2026</w:t>
            </w:r>
          </w:p>
        </w:tc>
      </w:tr>
      <w:tr w:rsidR="00E2201A" w:rsidRPr="004A69DE" w14:paraId="3762494E" w14:textId="77777777" w:rsidTr="001E1352">
        <w:trPr>
          <w:jc w:val="center"/>
        </w:trPr>
        <w:tc>
          <w:tcPr>
            <w:tcW w:w="4795" w:type="dxa"/>
          </w:tcPr>
          <w:p w14:paraId="20355F51" w14:textId="77777777" w:rsidR="00E2201A" w:rsidRPr="004A69DE" w:rsidRDefault="00E2201A" w:rsidP="00E2201A">
            <w:pPr>
              <w:spacing w:before="120" w:line="240" w:lineRule="atLeast"/>
              <w:rPr>
                <w:rFonts w:cs="Times New Roman"/>
                <w:sz w:val="28"/>
              </w:rPr>
            </w:pPr>
            <w:r w:rsidRPr="004A69DE">
              <w:rPr>
                <w:rFonts w:cs="Times New Roman"/>
                <w:sz w:val="28"/>
              </w:rPr>
              <w:t>Směrnice nabývá platnosti ode dne:</w:t>
            </w:r>
          </w:p>
        </w:tc>
        <w:tc>
          <w:tcPr>
            <w:tcW w:w="5019" w:type="dxa"/>
          </w:tcPr>
          <w:p w14:paraId="3A9669B6" w14:textId="77777777" w:rsidR="00E2201A" w:rsidRPr="004A69DE" w:rsidRDefault="00E2201A" w:rsidP="00E2201A">
            <w:pPr>
              <w:spacing w:before="120" w:line="240" w:lineRule="atLeas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1</w:t>
            </w:r>
            <w:r w:rsidRPr="004A69DE">
              <w:rPr>
                <w:rFonts w:cs="Times New Roman"/>
                <w:sz w:val="28"/>
                <w:szCs w:val="28"/>
              </w:rPr>
              <w:t xml:space="preserve">. </w:t>
            </w:r>
            <w:r>
              <w:rPr>
                <w:rFonts w:cs="Times New Roman"/>
                <w:sz w:val="28"/>
                <w:szCs w:val="28"/>
              </w:rPr>
              <w:t xml:space="preserve">září </w:t>
            </w:r>
            <w:r w:rsidRPr="004A69DE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E2201A" w:rsidRPr="004A69DE" w14:paraId="16A48FE6" w14:textId="77777777" w:rsidTr="001E1352">
        <w:trPr>
          <w:jc w:val="center"/>
        </w:trPr>
        <w:tc>
          <w:tcPr>
            <w:tcW w:w="9814" w:type="dxa"/>
            <w:gridSpan w:val="2"/>
          </w:tcPr>
          <w:p w14:paraId="50A2F52D" w14:textId="77777777" w:rsidR="00E2201A" w:rsidRPr="004A69DE" w:rsidRDefault="00E2201A" w:rsidP="00E2201A">
            <w:pPr>
              <w:rPr>
                <w:rFonts w:cs="Times New Roman"/>
                <w:sz w:val="18"/>
                <w:szCs w:val="18"/>
              </w:rPr>
            </w:pPr>
            <w:r w:rsidRPr="004A69DE">
              <w:rPr>
                <w:rFonts w:cs="Times New Roman"/>
                <w:sz w:val="18"/>
                <w:szCs w:val="18"/>
              </w:rPr>
              <w:t xml:space="preserve">Změny ve </w:t>
            </w:r>
            <w:r>
              <w:rPr>
                <w:rFonts w:cs="Times New Roman"/>
                <w:sz w:val="18"/>
                <w:szCs w:val="18"/>
              </w:rPr>
              <w:t xml:space="preserve">směrnici jsou prováděny formou </w:t>
            </w:r>
            <w:r w:rsidRPr="004A69DE">
              <w:rPr>
                <w:rFonts w:cs="Times New Roman"/>
                <w:sz w:val="18"/>
                <w:szCs w:val="18"/>
              </w:rPr>
              <w:t>číslovaných písemných dodatků, které tvoří součást tohoto předpisu.</w:t>
            </w:r>
          </w:p>
        </w:tc>
      </w:tr>
    </w:tbl>
    <w:p w14:paraId="7C326B54" w14:textId="795893D6" w:rsidR="00E2201A" w:rsidRDefault="00FA578C" w:rsidP="00EC1E84">
      <w:pPr>
        <w:pStyle w:val="Nadpis1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BB4A03D" wp14:editId="12DDDE76">
            <wp:simplePos x="0" y="0"/>
            <wp:positionH relativeFrom="margin">
              <wp:posOffset>1028700</wp:posOffset>
            </wp:positionH>
            <wp:positionV relativeFrom="paragraph">
              <wp:posOffset>436880</wp:posOffset>
            </wp:positionV>
            <wp:extent cx="3820160" cy="3657600"/>
            <wp:effectExtent l="0" t="0" r="8890" b="0"/>
            <wp:wrapSquare wrapText="bothSides"/>
            <wp:docPr id="10937168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3" t="12776" r="12776" b="16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D3662" w14:textId="48AEE0C9" w:rsidR="00E2201A" w:rsidRDefault="00E2201A" w:rsidP="00EC1E84">
      <w:pPr>
        <w:pStyle w:val="Nadpis1"/>
        <w:spacing w:line="360" w:lineRule="auto"/>
        <w:jc w:val="both"/>
        <w:rPr>
          <w:rFonts w:ascii="Times New Roman" w:hAnsi="Times New Roman" w:cs="Times New Roman"/>
        </w:rPr>
      </w:pPr>
    </w:p>
    <w:p w14:paraId="452BEFEB" w14:textId="181EE0D4" w:rsidR="00E2201A" w:rsidRDefault="00E2201A" w:rsidP="00EC1E84">
      <w:pPr>
        <w:pStyle w:val="Nadpis1"/>
        <w:spacing w:line="360" w:lineRule="auto"/>
        <w:jc w:val="both"/>
        <w:rPr>
          <w:rFonts w:ascii="Times New Roman" w:hAnsi="Times New Roman" w:cs="Times New Roman"/>
        </w:rPr>
      </w:pPr>
    </w:p>
    <w:p w14:paraId="2D678446" w14:textId="28AC6983" w:rsidR="00E2201A" w:rsidRDefault="00E2201A" w:rsidP="00EC1E84">
      <w:pPr>
        <w:pStyle w:val="Nadpis1"/>
        <w:spacing w:line="360" w:lineRule="auto"/>
        <w:jc w:val="both"/>
        <w:rPr>
          <w:rFonts w:ascii="Times New Roman" w:hAnsi="Times New Roman" w:cs="Times New Roman"/>
        </w:rPr>
      </w:pPr>
    </w:p>
    <w:p w14:paraId="2E5ED114" w14:textId="13599A8F" w:rsidR="00E2201A" w:rsidRDefault="00E2201A" w:rsidP="00EC1E84">
      <w:pPr>
        <w:pStyle w:val="Nadpis1"/>
        <w:spacing w:line="360" w:lineRule="auto"/>
        <w:jc w:val="both"/>
        <w:rPr>
          <w:rFonts w:ascii="Times New Roman" w:hAnsi="Times New Roman" w:cs="Times New Roman"/>
        </w:rPr>
      </w:pPr>
    </w:p>
    <w:p w14:paraId="2282A314" w14:textId="62BC5B1D" w:rsidR="00E2201A" w:rsidRDefault="00E2201A" w:rsidP="00EC1E84">
      <w:pPr>
        <w:pStyle w:val="Nadpis1"/>
        <w:spacing w:line="360" w:lineRule="auto"/>
        <w:jc w:val="both"/>
        <w:rPr>
          <w:rFonts w:ascii="Times New Roman" w:hAnsi="Times New Roman" w:cs="Times New Roman"/>
        </w:rPr>
      </w:pPr>
    </w:p>
    <w:p w14:paraId="38B0AAA0" w14:textId="49B7F7CD" w:rsidR="00E2201A" w:rsidRDefault="00E2201A" w:rsidP="00E2201A"/>
    <w:p w14:paraId="34B47B0F" w14:textId="5D5E3753" w:rsidR="00E2201A" w:rsidRPr="00E2201A" w:rsidRDefault="00E2201A" w:rsidP="00E2201A"/>
    <w:p w14:paraId="42312825" w14:textId="4B273A7E" w:rsidR="009939BF" w:rsidRPr="005C2375" w:rsidRDefault="00C50E67" w:rsidP="00EC1E84">
      <w:pPr>
        <w:pStyle w:val="Nadpis1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1. Úvod a poslání školní družiny</w:t>
      </w:r>
    </w:p>
    <w:p w14:paraId="72DDF91E" w14:textId="77777777" w:rsidR="00173F81" w:rsidRPr="005C2375" w:rsidRDefault="00173F81" w:rsidP="00074EEA">
      <w:r w:rsidRPr="005C2375">
        <w:t xml:space="preserve">Vnitřní řád školní družiny stanovuje základní pravidla pro její provoz a vnitřní režim, práva </w:t>
      </w:r>
      <w:r w:rsidR="00074EEA">
        <w:br/>
      </w:r>
      <w:r w:rsidRPr="005C2375">
        <w:t>a povinnosti účastníků zájmového vzdělávání a jejich zákonných zástupců, podmínky bezpečnosti a ochrany zdraví a pravidla zacházení s majetkem.</w:t>
      </w:r>
    </w:p>
    <w:p w14:paraId="48AAE065" w14:textId="77777777" w:rsidR="00173F81" w:rsidRPr="005C2375" w:rsidRDefault="00173F81" w:rsidP="00074EEA">
      <w:r w:rsidRPr="005C2375">
        <w:t xml:space="preserve">Vnitřní řád je vydán podle § 30 zákona č. 561/2004 Sb., školského zákona, v platném znění, </w:t>
      </w:r>
      <w:r w:rsidR="00074EEA">
        <w:br/>
      </w:r>
      <w:r w:rsidRPr="005C2375">
        <w:t>a vychází zejména z vyhlášky č. 74/2005 Sb., o zájmovém vzdělávání, ve znění pozdějších předpisů.</w:t>
      </w:r>
    </w:p>
    <w:p w14:paraId="5E6F5D21" w14:textId="77777777" w:rsidR="00A439A4" w:rsidRPr="005C2375" w:rsidRDefault="00A439A4" w:rsidP="00074EEA">
      <w:r w:rsidRPr="005C2375">
        <w:t>Vnitřní řád je zveřejněn na přístupném místě ve škole a způsobem umožňujícím dálkový přístup. Zaměstnanci a účastníci zájmového vzdělávání jsou s jeho obsahem prokazatelně seznámeni. Zákonní zástupci jsou o vydání a obsahu vnitřního řádu informováni vhodným způsobem.</w:t>
      </w:r>
    </w:p>
    <w:p w14:paraId="71549E0A" w14:textId="77777777" w:rsidR="00173F81" w:rsidRPr="005C2375" w:rsidRDefault="00173F81" w:rsidP="00074EEA">
      <w:r w:rsidRPr="005C2375">
        <w:t xml:space="preserve">Školní družina poskytuje žákům zájmové vzdělávání, které navazuje na vzdělávání ve škole </w:t>
      </w:r>
      <w:r w:rsidR="00074EEA">
        <w:br/>
      </w:r>
      <w:r w:rsidRPr="005C2375">
        <w:t>a umožňuje jim smysluplně trávit volný čas. Nabízí prostor pro odpočinek, spontánní hru, pohyb, zájmové a tvořivé činnosti, poznávání, spolupráci a rozvoj individuálních schopností a zájmů.</w:t>
      </w:r>
    </w:p>
    <w:p w14:paraId="563FEAC8" w14:textId="77777777" w:rsidR="00173F81" w:rsidRPr="005C2375" w:rsidRDefault="00173F81" w:rsidP="00074EEA">
      <w:r w:rsidRPr="005C2375">
        <w:t>Činnost školní družiny je přizpůsobována věku, potřebám a zájmům žáků a aktuálním podmínkám školy. Důraz je kladen na bezpečné a respektující prostředí.</w:t>
      </w:r>
    </w:p>
    <w:p w14:paraId="6D1ECBF3" w14:textId="77777777" w:rsidR="00173F81" w:rsidRPr="005C2375" w:rsidRDefault="00173F81" w:rsidP="00074EEA">
      <w:r w:rsidRPr="005C2375">
        <w:t>Školní družina je určena především žákům 1. stupně základní školy, žákům základní školy speciální a žákům dojíždějícím.</w:t>
      </w:r>
    </w:p>
    <w:p w14:paraId="51832C8D" w14:textId="77777777" w:rsidR="009939BF" w:rsidRPr="005C2375" w:rsidRDefault="00C50E67" w:rsidP="00EC1E84">
      <w:pPr>
        <w:pStyle w:val="Nadpis1"/>
        <w:spacing w:line="360" w:lineRule="auto"/>
        <w:jc w:val="both"/>
        <w:rPr>
          <w:rFonts w:ascii="Times New Roman" w:hAnsi="Times New Roman" w:cs="Times New Roman"/>
        </w:rPr>
      </w:pPr>
      <w:bookmarkStart w:id="1" w:name="_Hlk238576636"/>
      <w:bookmarkEnd w:id="0"/>
      <w:r w:rsidRPr="005C2375">
        <w:rPr>
          <w:rFonts w:ascii="Times New Roman" w:hAnsi="Times New Roman" w:cs="Times New Roman"/>
        </w:rPr>
        <w:t>2. Práva a povinnosti žáků</w:t>
      </w:r>
    </w:p>
    <w:p w14:paraId="3051000E" w14:textId="77777777" w:rsidR="009939BF" w:rsidRPr="005C2375" w:rsidRDefault="00C50E67" w:rsidP="00074EEA">
      <w:pPr>
        <w:pStyle w:val="Nadpis2"/>
      </w:pPr>
      <w:r w:rsidRPr="005C2375">
        <w:t>2.1 Práva žáků</w:t>
      </w:r>
    </w:p>
    <w:p w14:paraId="2E7BE2F7" w14:textId="77777777" w:rsidR="00E250B4" w:rsidRPr="00074EEA" w:rsidRDefault="00E250B4" w:rsidP="00074EEA">
      <w:pPr>
        <w:pStyle w:val="Odstavecseseznamem"/>
        <w:numPr>
          <w:ilvl w:val="0"/>
          <w:numId w:val="23"/>
        </w:numPr>
        <w:rPr>
          <w:lang w:eastAsia="cs-CZ"/>
        </w:rPr>
      </w:pPr>
      <w:r w:rsidRPr="00074EEA">
        <w:rPr>
          <w:lang w:eastAsia="cs-CZ"/>
        </w:rPr>
        <w:t xml:space="preserve">účastnit se výchovných, vzdělávacích, zájmových a tematických činností pořádaných školní družinou, </w:t>
      </w:r>
    </w:p>
    <w:p w14:paraId="61BEFB50" w14:textId="77777777" w:rsidR="00E250B4" w:rsidRPr="005C2375" w:rsidRDefault="00E250B4" w:rsidP="00074EEA">
      <w:pPr>
        <w:pStyle w:val="Odstavecseseznamem"/>
        <w:numPr>
          <w:ilvl w:val="0"/>
          <w:numId w:val="23"/>
        </w:numPr>
        <w:rPr>
          <w:lang w:eastAsia="cs-CZ"/>
        </w:rPr>
      </w:pPr>
      <w:r w:rsidRPr="005C2375">
        <w:rPr>
          <w:lang w:eastAsia="cs-CZ"/>
        </w:rPr>
        <w:t xml:space="preserve">na odpočinek, hru a volný čas odpovídající jeho věku a potřebám, </w:t>
      </w:r>
    </w:p>
    <w:p w14:paraId="76BC273E" w14:textId="77777777" w:rsidR="00E250B4" w:rsidRPr="00074EEA" w:rsidRDefault="00E250B4" w:rsidP="00074EEA">
      <w:pPr>
        <w:pStyle w:val="Odstavecseseznamem"/>
        <w:numPr>
          <w:ilvl w:val="0"/>
          <w:numId w:val="23"/>
        </w:numPr>
        <w:rPr>
          <w:lang w:eastAsia="cs-CZ"/>
        </w:rPr>
      </w:pPr>
      <w:r w:rsidRPr="00074EEA">
        <w:rPr>
          <w:lang w:eastAsia="cs-CZ"/>
        </w:rPr>
        <w:t xml:space="preserve">vyjadřovat svůj názor k záležitostem, které se ho týkají, a být přiměřeně svému věku </w:t>
      </w:r>
      <w:r w:rsidR="00A9584D">
        <w:rPr>
          <w:lang w:eastAsia="cs-CZ"/>
        </w:rPr>
        <w:br/>
      </w:r>
      <w:r w:rsidRPr="00074EEA">
        <w:rPr>
          <w:lang w:eastAsia="cs-CZ"/>
        </w:rPr>
        <w:t xml:space="preserve">a vývoji vyslechnut, </w:t>
      </w:r>
    </w:p>
    <w:p w14:paraId="2B3A670B" w14:textId="77777777" w:rsidR="00E250B4" w:rsidRPr="00074EEA" w:rsidRDefault="00E250B4" w:rsidP="00074EEA">
      <w:pPr>
        <w:pStyle w:val="Odstavecseseznamem"/>
        <w:numPr>
          <w:ilvl w:val="0"/>
          <w:numId w:val="23"/>
        </w:numPr>
        <w:rPr>
          <w:lang w:eastAsia="cs-CZ"/>
        </w:rPr>
      </w:pPr>
      <w:r w:rsidRPr="00074EEA">
        <w:rPr>
          <w:lang w:eastAsia="cs-CZ"/>
        </w:rPr>
        <w:t xml:space="preserve">na klidné, bezpečné a přátelské prostředí a na dodržování základních psychohygienických podmínek, </w:t>
      </w:r>
    </w:p>
    <w:p w14:paraId="7A8FCBA9" w14:textId="77777777" w:rsidR="00E250B4" w:rsidRPr="00074EEA" w:rsidRDefault="00E250B4" w:rsidP="00074EEA">
      <w:pPr>
        <w:pStyle w:val="Odstavecseseznamem"/>
        <w:numPr>
          <w:ilvl w:val="0"/>
          <w:numId w:val="23"/>
        </w:numPr>
        <w:rPr>
          <w:rFonts w:cs="Times New Roman"/>
          <w:szCs w:val="24"/>
          <w:lang w:eastAsia="cs-CZ"/>
        </w:rPr>
      </w:pPr>
      <w:r w:rsidRPr="00074EEA">
        <w:rPr>
          <w:rFonts w:cs="Times New Roman"/>
          <w:szCs w:val="24"/>
          <w:lang w:eastAsia="cs-CZ"/>
        </w:rPr>
        <w:t xml:space="preserve">na zajištění bezpečnosti a ochranu zdraví během pobytu ve školní družině a při činnostech pořádaných školní družinou, </w:t>
      </w:r>
    </w:p>
    <w:p w14:paraId="79851B36" w14:textId="77777777" w:rsidR="00E250B4" w:rsidRPr="00074EEA" w:rsidRDefault="00E250B4" w:rsidP="00074EEA">
      <w:pPr>
        <w:pStyle w:val="Odstavecseseznamem"/>
        <w:numPr>
          <w:ilvl w:val="0"/>
          <w:numId w:val="23"/>
        </w:numPr>
        <w:rPr>
          <w:rFonts w:cs="Times New Roman"/>
          <w:szCs w:val="24"/>
          <w:lang w:eastAsia="cs-CZ"/>
        </w:rPr>
      </w:pPr>
      <w:r w:rsidRPr="00074EEA">
        <w:rPr>
          <w:rFonts w:cs="Times New Roman"/>
          <w:szCs w:val="24"/>
          <w:lang w:eastAsia="cs-CZ"/>
        </w:rPr>
        <w:t xml:space="preserve">na ochranu před diskriminací, násilím, ponižováním a jakýmkoli jiným nevhodným zacházením, </w:t>
      </w:r>
    </w:p>
    <w:p w14:paraId="0271DA89" w14:textId="77777777" w:rsidR="00E250B4" w:rsidRPr="00074EEA" w:rsidRDefault="00E250B4" w:rsidP="00074EEA">
      <w:pPr>
        <w:pStyle w:val="Odstavecseseznamem"/>
        <w:numPr>
          <w:ilvl w:val="0"/>
          <w:numId w:val="23"/>
        </w:numPr>
        <w:rPr>
          <w:rFonts w:cs="Times New Roman"/>
          <w:szCs w:val="24"/>
          <w:lang w:eastAsia="cs-CZ"/>
        </w:rPr>
      </w:pPr>
      <w:r w:rsidRPr="00074EEA">
        <w:rPr>
          <w:rFonts w:cs="Times New Roman"/>
          <w:szCs w:val="24"/>
          <w:lang w:eastAsia="cs-CZ"/>
        </w:rPr>
        <w:t xml:space="preserve">požádat o pomoc nebo radu vychovatelku ŠD nebo jiného pracovníka školy, pokud se cítí v nepohodě nebo řeší problém, </w:t>
      </w:r>
    </w:p>
    <w:p w14:paraId="64D96D3E" w14:textId="77777777" w:rsidR="00E250B4" w:rsidRPr="00074EEA" w:rsidRDefault="00E250B4" w:rsidP="00074EEA">
      <w:pPr>
        <w:pStyle w:val="Odstavecseseznamem"/>
        <w:numPr>
          <w:ilvl w:val="0"/>
          <w:numId w:val="23"/>
        </w:numPr>
        <w:rPr>
          <w:rFonts w:cs="Times New Roman"/>
          <w:szCs w:val="24"/>
          <w:lang w:eastAsia="cs-CZ"/>
        </w:rPr>
      </w:pPr>
      <w:r w:rsidRPr="00074EEA">
        <w:rPr>
          <w:rFonts w:cs="Times New Roman"/>
          <w:szCs w:val="24"/>
          <w:lang w:eastAsia="cs-CZ"/>
        </w:rPr>
        <w:t>být seznámen s vnitřním řádem školní družiny a pravidly jejího provozu.</w:t>
      </w:r>
      <w:bookmarkEnd w:id="1"/>
    </w:p>
    <w:p w14:paraId="0440DB91" w14:textId="77777777" w:rsidR="009939BF" w:rsidRPr="005C2375" w:rsidRDefault="00C50E67" w:rsidP="00EC1E84">
      <w:pPr>
        <w:pStyle w:val="Nadpis2"/>
        <w:spacing w:line="360" w:lineRule="auto"/>
        <w:jc w:val="both"/>
        <w:rPr>
          <w:rFonts w:ascii="Times New Roman" w:hAnsi="Times New Roman" w:cs="Times New Roman"/>
          <w:sz w:val="26"/>
        </w:rPr>
      </w:pPr>
      <w:r w:rsidRPr="005C2375">
        <w:rPr>
          <w:rFonts w:ascii="Times New Roman" w:hAnsi="Times New Roman" w:cs="Times New Roman"/>
        </w:rPr>
        <w:t>2.2 Povinnosti žáků</w:t>
      </w:r>
    </w:p>
    <w:p w14:paraId="4733ED57" w14:textId="77777777" w:rsidR="00E250B4" w:rsidRPr="005C2375" w:rsidRDefault="00E250B4" w:rsidP="007860F7">
      <w:pPr>
        <w:pStyle w:val="Odstavecseseznamem"/>
        <w:numPr>
          <w:ilvl w:val="0"/>
          <w:numId w:val="24"/>
        </w:numPr>
      </w:pPr>
      <w:r w:rsidRPr="005C2375">
        <w:t>dodržovat vnitřní řád školní družiny a řídit se pokyny pedagogických pracovníků</w:t>
      </w:r>
      <w:r w:rsidR="00BB3ECD">
        <w:t xml:space="preserve">, </w:t>
      </w:r>
      <w:r w:rsidRPr="005C2375">
        <w:t xml:space="preserve">pravidly bezpečnosti a ochrany zdraví, se kterými byl seznámen, </w:t>
      </w:r>
    </w:p>
    <w:p w14:paraId="2E250E21" w14:textId="77777777" w:rsidR="00E250B4" w:rsidRPr="005C2375" w:rsidRDefault="00E250B4" w:rsidP="007860F7">
      <w:pPr>
        <w:pStyle w:val="Odstavecseseznamem"/>
        <w:numPr>
          <w:ilvl w:val="0"/>
          <w:numId w:val="24"/>
        </w:numPr>
      </w:pPr>
      <w:r w:rsidRPr="005C2375">
        <w:t xml:space="preserve">plnit pokyny pedagogických pracovníků vydané v souladu s právními předpisy a vnitřním řádem školní družiny, </w:t>
      </w:r>
    </w:p>
    <w:p w14:paraId="5E9BD490" w14:textId="77777777" w:rsidR="00E250B4" w:rsidRPr="005C2375" w:rsidRDefault="00E250B4" w:rsidP="007860F7">
      <w:pPr>
        <w:pStyle w:val="Odstavecseseznamem"/>
        <w:numPr>
          <w:ilvl w:val="0"/>
          <w:numId w:val="24"/>
        </w:numPr>
      </w:pPr>
      <w:r w:rsidRPr="005C2375">
        <w:t xml:space="preserve">chovat se tak, aby neohrožoval své zdraví ani zdraví a bezpečnost ostatních, </w:t>
      </w:r>
    </w:p>
    <w:p w14:paraId="1B368A95" w14:textId="77777777" w:rsidR="00E250B4" w:rsidRPr="005C2375" w:rsidRDefault="00E250B4" w:rsidP="007860F7">
      <w:pPr>
        <w:pStyle w:val="Odstavecseseznamem"/>
        <w:numPr>
          <w:ilvl w:val="0"/>
          <w:numId w:val="24"/>
        </w:numPr>
      </w:pPr>
      <w:r w:rsidRPr="005C2375">
        <w:t xml:space="preserve">chovat se slušně a ohleduplně a respektovat důstojnost svých spolužáků, zaměstnanců školy </w:t>
      </w:r>
      <w:r w:rsidR="00EC1E84" w:rsidRPr="005C2375">
        <w:br/>
      </w:r>
      <w:r w:rsidRPr="005C2375">
        <w:t xml:space="preserve">i dalších osob, </w:t>
      </w:r>
    </w:p>
    <w:p w14:paraId="166F29AF" w14:textId="77777777" w:rsidR="00E250B4" w:rsidRPr="005C2375" w:rsidRDefault="00E250B4" w:rsidP="007860F7">
      <w:pPr>
        <w:pStyle w:val="Odstavecseseznamem"/>
        <w:numPr>
          <w:ilvl w:val="0"/>
          <w:numId w:val="24"/>
        </w:numPr>
      </w:pPr>
      <w:r w:rsidRPr="005C2375">
        <w:t xml:space="preserve">v případě ztráty nebo poškození osobní věci tuto skutečnost neprodleně oznámit vychovatelce školní družiny, </w:t>
      </w:r>
    </w:p>
    <w:p w14:paraId="419ED0DA" w14:textId="77777777" w:rsidR="00E250B4" w:rsidRPr="005C2375" w:rsidRDefault="00E250B4" w:rsidP="007860F7">
      <w:pPr>
        <w:pStyle w:val="Odstavecseseznamem"/>
        <w:numPr>
          <w:ilvl w:val="0"/>
          <w:numId w:val="24"/>
        </w:numPr>
      </w:pPr>
      <w:r w:rsidRPr="005C2375">
        <w:t xml:space="preserve">docházet do školní družiny v rozsahu uvedeném v zápisním lístku a účastnit se činností organizovaných školní družinou, </w:t>
      </w:r>
    </w:p>
    <w:p w14:paraId="04BF1078" w14:textId="77777777" w:rsidR="00E250B4" w:rsidRPr="005C2375" w:rsidRDefault="00E250B4" w:rsidP="007860F7">
      <w:pPr>
        <w:pStyle w:val="Odstavecseseznamem"/>
        <w:numPr>
          <w:ilvl w:val="0"/>
          <w:numId w:val="24"/>
        </w:numPr>
      </w:pPr>
      <w:r w:rsidRPr="005C2375">
        <w:t xml:space="preserve">zacházet šetrně s vybavením a majetkem školní družiny, udržovat své místo i ostatní prostory v čistotě a pořádku a chránit majetek před poškozením, </w:t>
      </w:r>
    </w:p>
    <w:p w14:paraId="30E773D5" w14:textId="77777777" w:rsidR="00E250B4" w:rsidRPr="005C2375" w:rsidRDefault="00E250B4" w:rsidP="007860F7">
      <w:pPr>
        <w:pStyle w:val="Odstavecseseznamem"/>
        <w:numPr>
          <w:ilvl w:val="0"/>
          <w:numId w:val="24"/>
        </w:numPr>
      </w:pPr>
      <w:r w:rsidRPr="005C2375">
        <w:t xml:space="preserve">ukládat si oblečení a aktovku na určené místo; cenné věci nenosit do školní družiny, </w:t>
      </w:r>
    </w:p>
    <w:p w14:paraId="3A537A9C" w14:textId="77777777" w:rsidR="00E250B4" w:rsidRPr="005C2375" w:rsidRDefault="00E250B4" w:rsidP="007860F7">
      <w:pPr>
        <w:pStyle w:val="Odstavecseseznamem"/>
        <w:numPr>
          <w:ilvl w:val="0"/>
          <w:numId w:val="24"/>
        </w:numPr>
      </w:pPr>
      <w:r w:rsidRPr="005C2375">
        <w:t xml:space="preserve">dbát na své osobní věci a nenosit do školní družiny předměty, které nesouvisejí s její činností nebo mohou ohrozit zdraví a bezpečnost, </w:t>
      </w:r>
    </w:p>
    <w:p w14:paraId="2F939069" w14:textId="77777777" w:rsidR="00E250B4" w:rsidRPr="005C2375" w:rsidRDefault="00E250B4" w:rsidP="007860F7">
      <w:pPr>
        <w:pStyle w:val="Odstavecseseznamem"/>
        <w:numPr>
          <w:ilvl w:val="0"/>
          <w:numId w:val="24"/>
        </w:numPr>
      </w:pPr>
      <w:r w:rsidRPr="005C2375">
        <w:t xml:space="preserve">bez vědomí vychovatelky neopouštět školní družinu, školu ani školní areál před ukončením svého pobytu v ŠD, </w:t>
      </w:r>
    </w:p>
    <w:p w14:paraId="4B17C889" w14:textId="77777777" w:rsidR="0031437F" w:rsidRPr="005C2375" w:rsidRDefault="0031437F" w:rsidP="00EC1E84">
      <w:pPr>
        <w:pStyle w:val="Nadpis2"/>
        <w:spacing w:line="360" w:lineRule="auto"/>
        <w:jc w:val="both"/>
        <w:rPr>
          <w:rFonts w:ascii="Times New Roman" w:hAnsi="Times New Roman" w:cs="Times New Roman"/>
          <w:sz w:val="26"/>
        </w:rPr>
      </w:pPr>
      <w:r w:rsidRPr="005C2375">
        <w:rPr>
          <w:rFonts w:ascii="Times New Roman" w:hAnsi="Times New Roman" w:cs="Times New Roman"/>
        </w:rPr>
        <w:t>2.3 Žák nesmí</w:t>
      </w:r>
      <w:r w:rsidR="00BB3ECD">
        <w:rPr>
          <w:rFonts w:ascii="Times New Roman" w:hAnsi="Times New Roman" w:cs="Times New Roman"/>
        </w:rPr>
        <w:t>:</w:t>
      </w:r>
    </w:p>
    <w:p w14:paraId="6A75190B" w14:textId="77777777" w:rsidR="0031437F" w:rsidRPr="007860F7" w:rsidRDefault="0031437F" w:rsidP="007860F7">
      <w:pPr>
        <w:pStyle w:val="Odstavecseseznamem"/>
        <w:numPr>
          <w:ilvl w:val="0"/>
          <w:numId w:val="25"/>
        </w:numPr>
        <w:rPr>
          <w:szCs w:val="24"/>
        </w:rPr>
      </w:pPr>
      <w:r w:rsidRPr="007860F7">
        <w:rPr>
          <w:szCs w:val="24"/>
        </w:rPr>
        <w:t xml:space="preserve">nechávat cenné věci a peníze v odloženém oděvu ani v aktovce, </w:t>
      </w:r>
    </w:p>
    <w:p w14:paraId="294E9CB4" w14:textId="77777777" w:rsidR="0031437F" w:rsidRPr="007860F7" w:rsidRDefault="0031437F" w:rsidP="007860F7">
      <w:pPr>
        <w:pStyle w:val="Odstavecseseznamem"/>
        <w:numPr>
          <w:ilvl w:val="0"/>
          <w:numId w:val="25"/>
        </w:numPr>
        <w:rPr>
          <w:szCs w:val="24"/>
        </w:rPr>
      </w:pPr>
      <w:r w:rsidRPr="007860F7">
        <w:rPr>
          <w:szCs w:val="24"/>
        </w:rPr>
        <w:t xml:space="preserve">nosit do školní družiny předměty, které nesouvisejí s její činností, zejména předměty, které by mohly ohrozit zdraví nebo bezpečnost jeho či jiných osob, </w:t>
      </w:r>
    </w:p>
    <w:p w14:paraId="47DE79D6" w14:textId="77777777" w:rsidR="0031437F" w:rsidRPr="007860F7" w:rsidRDefault="0031437F" w:rsidP="007860F7">
      <w:pPr>
        <w:pStyle w:val="Odstavecseseznamem"/>
        <w:numPr>
          <w:ilvl w:val="0"/>
          <w:numId w:val="25"/>
        </w:numPr>
        <w:rPr>
          <w:szCs w:val="24"/>
        </w:rPr>
      </w:pPr>
      <w:r w:rsidRPr="007860F7">
        <w:rPr>
          <w:szCs w:val="24"/>
        </w:rPr>
        <w:t xml:space="preserve">bez souhlasu dotčené osoby pořizovat obrazové, zvukové nebo audiovizuální záznamy žáků, zaměstnanců školy ani dalších osob, </w:t>
      </w:r>
    </w:p>
    <w:p w14:paraId="3CF4D56B" w14:textId="77777777" w:rsidR="0031437F" w:rsidRPr="007860F7" w:rsidRDefault="0031437F" w:rsidP="007860F7">
      <w:pPr>
        <w:pStyle w:val="Odstavecseseznamem"/>
        <w:numPr>
          <w:ilvl w:val="0"/>
          <w:numId w:val="25"/>
        </w:numPr>
        <w:rPr>
          <w:szCs w:val="24"/>
        </w:rPr>
      </w:pPr>
      <w:r w:rsidRPr="007860F7">
        <w:rPr>
          <w:szCs w:val="24"/>
        </w:rPr>
        <w:t>používat fyzické násilí, omezovat osobní svobodu, ponižovat nebo jinak úmyslně ubližovat druhým; nesmí také zneužívat informační technologie k</w:t>
      </w:r>
      <w:r w:rsidR="00A9584D">
        <w:rPr>
          <w:szCs w:val="24"/>
        </w:rPr>
        <w:t> </w:t>
      </w:r>
      <w:r w:rsidRPr="007860F7">
        <w:rPr>
          <w:szCs w:val="24"/>
        </w:rPr>
        <w:t>ponižování</w:t>
      </w:r>
      <w:r w:rsidR="00A9584D">
        <w:rPr>
          <w:szCs w:val="24"/>
        </w:rPr>
        <w:t xml:space="preserve"> </w:t>
      </w:r>
      <w:r w:rsidR="00A9584D">
        <w:rPr>
          <w:szCs w:val="24"/>
        </w:rPr>
        <w:br/>
      </w:r>
      <w:r w:rsidRPr="007860F7">
        <w:rPr>
          <w:szCs w:val="24"/>
        </w:rPr>
        <w:t xml:space="preserve">nebo znevažování důstojnosti jiných osob v prostorách školy ani při školních akcích </w:t>
      </w:r>
      <w:r w:rsidR="00BB3ECD">
        <w:rPr>
          <w:szCs w:val="24"/>
        </w:rPr>
        <w:br/>
      </w:r>
      <w:r w:rsidRPr="007860F7">
        <w:rPr>
          <w:szCs w:val="24"/>
        </w:rPr>
        <w:t xml:space="preserve">a aktivitách, </w:t>
      </w:r>
    </w:p>
    <w:p w14:paraId="17AC3913" w14:textId="77777777" w:rsidR="0031437F" w:rsidRPr="007860F7" w:rsidRDefault="0031437F" w:rsidP="007860F7">
      <w:pPr>
        <w:pStyle w:val="Odstavecseseznamem"/>
        <w:numPr>
          <w:ilvl w:val="0"/>
          <w:numId w:val="25"/>
        </w:numPr>
        <w:rPr>
          <w:szCs w:val="24"/>
        </w:rPr>
      </w:pPr>
      <w:r w:rsidRPr="007860F7">
        <w:rPr>
          <w:szCs w:val="24"/>
        </w:rPr>
        <w:t xml:space="preserve">opouštět školu nebo školní areál bez vědomí vychovatelky ŠD před ukončením svého pobytu ve školní družině, </w:t>
      </w:r>
    </w:p>
    <w:p w14:paraId="45164127" w14:textId="77777777" w:rsidR="0031437F" w:rsidRPr="007860F7" w:rsidRDefault="0031437F" w:rsidP="007860F7">
      <w:pPr>
        <w:pStyle w:val="Odstavecseseznamem"/>
        <w:numPr>
          <w:ilvl w:val="0"/>
          <w:numId w:val="25"/>
        </w:numPr>
        <w:rPr>
          <w:szCs w:val="24"/>
        </w:rPr>
      </w:pPr>
      <w:r w:rsidRPr="007860F7">
        <w:rPr>
          <w:szCs w:val="24"/>
        </w:rPr>
        <w:t xml:space="preserve">používat vůči ostatním žákům nebo dospělým osobám hrubé, urážlivé nebo ponižující výrazy, dopouštět se psychického či fyzického násilí nebo úmyslných slovních, psychických či fyzických útoků, </w:t>
      </w:r>
    </w:p>
    <w:p w14:paraId="01CE584D" w14:textId="77777777" w:rsidR="0031437F" w:rsidRPr="007860F7" w:rsidRDefault="009349D7" w:rsidP="007860F7">
      <w:pPr>
        <w:pStyle w:val="Odstavecseseznamem"/>
        <w:numPr>
          <w:ilvl w:val="0"/>
          <w:numId w:val="25"/>
        </w:numPr>
        <w:rPr>
          <w:szCs w:val="24"/>
        </w:rPr>
      </w:pPr>
      <w:r>
        <w:t>v prostorách ŠD a při všech akcích pořádaných ŠD vnášet, přechovávat, distribuovat, užívat nebo jinak neoprávněně nakládat s návykovými látkami nebo jinými látkami ohrožujícími život nebo zdraví, zákaz se vztahuje také na látky, které návykové látky svým vzhledem, chutí nebo konzistencí napodobují</w:t>
      </w:r>
    </w:p>
    <w:p w14:paraId="641E415C" w14:textId="77777777" w:rsidR="00E250B4" w:rsidRDefault="0031437F" w:rsidP="007860F7">
      <w:pPr>
        <w:pStyle w:val="Odstavecseseznamem"/>
        <w:numPr>
          <w:ilvl w:val="0"/>
          <w:numId w:val="25"/>
        </w:numPr>
        <w:rPr>
          <w:szCs w:val="24"/>
        </w:rPr>
      </w:pPr>
      <w:r w:rsidRPr="007860F7">
        <w:rPr>
          <w:szCs w:val="24"/>
        </w:rPr>
        <w:t>hrubým způsobem porušovat povinnosti stanovené tímto vnitřním řádem.</w:t>
      </w:r>
    </w:p>
    <w:p w14:paraId="77BE59E3" w14:textId="77777777" w:rsidR="008D39D8" w:rsidRPr="007860F7" w:rsidRDefault="008D39D8" w:rsidP="008D39D8">
      <w:pPr>
        <w:pStyle w:val="Odstavecseseznamem"/>
        <w:rPr>
          <w:szCs w:val="24"/>
        </w:rPr>
      </w:pPr>
    </w:p>
    <w:p w14:paraId="5C8B46C9" w14:textId="77777777" w:rsidR="00E250B4" w:rsidRPr="009349D7" w:rsidRDefault="00E250B4" w:rsidP="009349D7">
      <w:pPr>
        <w:ind w:left="360"/>
        <w:rPr>
          <w:szCs w:val="24"/>
        </w:rPr>
      </w:pPr>
      <w:r w:rsidRPr="009349D7">
        <w:rPr>
          <w:szCs w:val="24"/>
        </w:rPr>
        <w:t xml:space="preserve">Porušení povinností stanovených tímto vnitřním řádem se posuzuje podle závažnosti </w:t>
      </w:r>
      <w:r w:rsidR="009349D7">
        <w:rPr>
          <w:szCs w:val="24"/>
        </w:rPr>
        <w:br/>
      </w:r>
      <w:r w:rsidRPr="009349D7">
        <w:rPr>
          <w:szCs w:val="24"/>
        </w:rPr>
        <w:t xml:space="preserve">a četnosti. Závažné nebo opakované porušování povinností může být důvodem k rozhodnutí ředitelky školy o podmíněném vyloučení nebo vyloučení žáka ze školní družiny v souladu </w:t>
      </w:r>
      <w:r w:rsidR="009349D7">
        <w:rPr>
          <w:szCs w:val="24"/>
        </w:rPr>
        <w:br/>
      </w:r>
      <w:r w:rsidRPr="009349D7">
        <w:rPr>
          <w:szCs w:val="24"/>
        </w:rPr>
        <w:t>s § 31 zákona č. 561/2004 Sb., školského zákona, v platném znění.</w:t>
      </w:r>
    </w:p>
    <w:p w14:paraId="66276775" w14:textId="77777777" w:rsidR="00EC1E84" w:rsidRPr="005C2375" w:rsidRDefault="007860F7" w:rsidP="007860F7">
      <w:pPr>
        <w:pStyle w:val="Nadpis1"/>
      </w:pPr>
      <w:r>
        <w:t>3</w:t>
      </w:r>
      <w:r w:rsidR="00EC1E84" w:rsidRPr="005C2375">
        <w:t>. Práva a povinnosti zákonných zástupců</w:t>
      </w:r>
    </w:p>
    <w:p w14:paraId="10B8D690" w14:textId="77777777" w:rsidR="009939BF" w:rsidRPr="005C2375" w:rsidRDefault="00C50E67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3.1 Práva zákonných zástupců</w:t>
      </w:r>
    </w:p>
    <w:p w14:paraId="1E0C0ABC" w14:textId="77777777" w:rsidR="00504799" w:rsidRPr="005C2375" w:rsidRDefault="00504799" w:rsidP="007860F7">
      <w:pPr>
        <w:rPr>
          <w:lang w:eastAsia="cs-CZ"/>
        </w:rPr>
      </w:pPr>
      <w:r w:rsidRPr="005C2375">
        <w:rPr>
          <w:lang w:eastAsia="cs-CZ"/>
        </w:rPr>
        <w:t>Zákonný zástupce má právo:</w:t>
      </w:r>
    </w:p>
    <w:p w14:paraId="4F049F85" w14:textId="77777777" w:rsidR="00504799" w:rsidRPr="005C2375" w:rsidRDefault="00504799" w:rsidP="007860F7">
      <w:pPr>
        <w:pStyle w:val="Odstavecseseznamem"/>
        <w:numPr>
          <w:ilvl w:val="0"/>
          <w:numId w:val="26"/>
        </w:numPr>
        <w:rPr>
          <w:lang w:eastAsia="cs-CZ"/>
        </w:rPr>
      </w:pPr>
      <w:r w:rsidRPr="005C2375">
        <w:rPr>
          <w:lang w:eastAsia="cs-CZ"/>
        </w:rPr>
        <w:t xml:space="preserve">na informace o průběhu a organizaci činnosti školní družiny, </w:t>
      </w:r>
    </w:p>
    <w:p w14:paraId="7F688741" w14:textId="77777777" w:rsidR="00504799" w:rsidRPr="005C2375" w:rsidRDefault="00504799" w:rsidP="007860F7">
      <w:pPr>
        <w:pStyle w:val="Odstavecseseznamem"/>
        <w:numPr>
          <w:ilvl w:val="0"/>
          <w:numId w:val="26"/>
        </w:numPr>
        <w:rPr>
          <w:lang w:eastAsia="cs-CZ"/>
        </w:rPr>
      </w:pPr>
      <w:r w:rsidRPr="005C2375">
        <w:rPr>
          <w:lang w:eastAsia="cs-CZ"/>
        </w:rPr>
        <w:t xml:space="preserve">vyjadřovat podněty, připomínky a případné stížnosti k činnosti ŠD, </w:t>
      </w:r>
    </w:p>
    <w:p w14:paraId="6819D5ED" w14:textId="77777777" w:rsidR="00504799" w:rsidRPr="005C2375" w:rsidRDefault="00504799" w:rsidP="007860F7">
      <w:pPr>
        <w:pStyle w:val="Odstavecseseznamem"/>
        <w:numPr>
          <w:ilvl w:val="0"/>
          <w:numId w:val="26"/>
        </w:numPr>
        <w:rPr>
          <w:lang w:eastAsia="cs-CZ"/>
        </w:rPr>
      </w:pPr>
      <w:r w:rsidRPr="005C2375">
        <w:rPr>
          <w:lang w:eastAsia="cs-CZ"/>
        </w:rPr>
        <w:t xml:space="preserve">projednávat se zaměstnanci školy problémy, potřeby a důležité skutečnosti týkající se jeho dítěte, </w:t>
      </w:r>
    </w:p>
    <w:p w14:paraId="4230D51E" w14:textId="77777777" w:rsidR="00504799" w:rsidRPr="005C2375" w:rsidRDefault="00504799" w:rsidP="007860F7">
      <w:pPr>
        <w:pStyle w:val="Odstavecseseznamem"/>
        <w:numPr>
          <w:ilvl w:val="0"/>
          <w:numId w:val="26"/>
        </w:numPr>
        <w:rPr>
          <w:lang w:eastAsia="cs-CZ"/>
        </w:rPr>
      </w:pPr>
      <w:r w:rsidRPr="005C2375">
        <w:rPr>
          <w:lang w:eastAsia="cs-CZ"/>
        </w:rPr>
        <w:t>na předem dohodnutou konzultaci s vychovatelkou ŠD nebo vedením školy.</w:t>
      </w:r>
    </w:p>
    <w:p w14:paraId="666CA894" w14:textId="77777777" w:rsidR="009939BF" w:rsidRPr="005C2375" w:rsidRDefault="00C50E67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3.2 Povinnosti zákonných zástupců</w:t>
      </w:r>
    </w:p>
    <w:p w14:paraId="718C16F2" w14:textId="77777777" w:rsidR="00164E9A" w:rsidRPr="005C2375" w:rsidRDefault="00164E9A" w:rsidP="007860F7">
      <w:pPr>
        <w:rPr>
          <w:lang w:eastAsia="cs-CZ"/>
        </w:rPr>
      </w:pPr>
      <w:r w:rsidRPr="005C2375">
        <w:rPr>
          <w:lang w:eastAsia="cs-CZ"/>
        </w:rPr>
        <w:t>Zákonný zástupce je povinen:</w:t>
      </w:r>
    </w:p>
    <w:p w14:paraId="2659324F" w14:textId="77777777" w:rsidR="00164E9A" w:rsidRPr="005C2375" w:rsidRDefault="00164E9A" w:rsidP="007860F7">
      <w:pPr>
        <w:pStyle w:val="Odstavecseseznamem"/>
        <w:numPr>
          <w:ilvl w:val="0"/>
          <w:numId w:val="27"/>
        </w:numPr>
        <w:rPr>
          <w:lang w:eastAsia="cs-CZ"/>
        </w:rPr>
      </w:pPr>
      <w:r w:rsidRPr="005C2375">
        <w:rPr>
          <w:lang w:eastAsia="cs-CZ"/>
        </w:rPr>
        <w:t xml:space="preserve">řádně a pravdivě vyplnit přihlášku k zájmovému vzdělávání a bezodkladně oznámit změny důležitých údajů, </w:t>
      </w:r>
    </w:p>
    <w:p w14:paraId="46EBC5DC" w14:textId="77777777" w:rsidR="00164E9A" w:rsidRPr="005C2375" w:rsidRDefault="00164E9A" w:rsidP="007860F7">
      <w:pPr>
        <w:pStyle w:val="Odstavecseseznamem"/>
        <w:numPr>
          <w:ilvl w:val="0"/>
          <w:numId w:val="27"/>
        </w:numPr>
        <w:rPr>
          <w:lang w:eastAsia="cs-CZ"/>
        </w:rPr>
      </w:pPr>
      <w:r w:rsidRPr="005C2375">
        <w:rPr>
          <w:lang w:eastAsia="cs-CZ"/>
        </w:rPr>
        <w:t xml:space="preserve">při přihlášení dítěte do ŠD uvést požadovaný rozsah docházky a způsob odchodu dítěte, </w:t>
      </w:r>
    </w:p>
    <w:p w14:paraId="5E12557F" w14:textId="77777777" w:rsidR="00164E9A" w:rsidRPr="005C2375" w:rsidRDefault="00164E9A" w:rsidP="007860F7">
      <w:pPr>
        <w:pStyle w:val="Odstavecseseznamem"/>
        <w:numPr>
          <w:ilvl w:val="0"/>
          <w:numId w:val="27"/>
        </w:numPr>
        <w:rPr>
          <w:lang w:eastAsia="cs-CZ"/>
        </w:rPr>
      </w:pPr>
      <w:r w:rsidRPr="005C2375">
        <w:rPr>
          <w:lang w:eastAsia="cs-CZ"/>
        </w:rPr>
        <w:t xml:space="preserve">zajistit, aby dítě odcházelo ze ŠD pouze způsobem uvedeným v přihlášce nebo na základě předem oznámené změny, </w:t>
      </w:r>
    </w:p>
    <w:p w14:paraId="0066DB68" w14:textId="77777777" w:rsidR="00164E9A" w:rsidRPr="005C2375" w:rsidRDefault="00164E9A" w:rsidP="007860F7">
      <w:pPr>
        <w:pStyle w:val="Odstavecseseznamem"/>
        <w:numPr>
          <w:ilvl w:val="0"/>
          <w:numId w:val="27"/>
        </w:numPr>
        <w:rPr>
          <w:lang w:eastAsia="cs-CZ"/>
        </w:rPr>
      </w:pPr>
      <w:r w:rsidRPr="005C2375">
        <w:rPr>
          <w:lang w:eastAsia="cs-CZ"/>
        </w:rPr>
        <w:t xml:space="preserve">požaduje-li jednorázovou změnu doby nebo způsobu odchodu dítěte ze ŠD, oznámit tuto změnu předem způsobem stanoveným školou; v případě písemného oznámení musí být uvedeno datum změny a podpis zákonného zástupce, </w:t>
      </w:r>
    </w:p>
    <w:p w14:paraId="04FBD856" w14:textId="77777777" w:rsidR="00164E9A" w:rsidRPr="005C2375" w:rsidRDefault="00164E9A" w:rsidP="007860F7">
      <w:pPr>
        <w:pStyle w:val="Odstavecseseznamem"/>
        <w:numPr>
          <w:ilvl w:val="0"/>
          <w:numId w:val="27"/>
        </w:numPr>
        <w:rPr>
          <w:lang w:eastAsia="cs-CZ"/>
        </w:rPr>
      </w:pPr>
      <w:r w:rsidRPr="005C2375">
        <w:rPr>
          <w:lang w:eastAsia="cs-CZ"/>
        </w:rPr>
        <w:t xml:space="preserve">omlouvat nepřítomnost dítěte ve ŠD způsobem stanoveným školou, </w:t>
      </w:r>
    </w:p>
    <w:p w14:paraId="4CA70D85" w14:textId="77777777" w:rsidR="00164E9A" w:rsidRPr="005C2375" w:rsidRDefault="00164E9A" w:rsidP="007860F7">
      <w:pPr>
        <w:pStyle w:val="Odstavecseseznamem"/>
        <w:numPr>
          <w:ilvl w:val="0"/>
          <w:numId w:val="27"/>
        </w:numPr>
        <w:rPr>
          <w:lang w:eastAsia="cs-CZ"/>
        </w:rPr>
      </w:pPr>
      <w:r w:rsidRPr="005C2375">
        <w:rPr>
          <w:lang w:eastAsia="cs-CZ"/>
        </w:rPr>
        <w:t xml:space="preserve">informovat školu o skutečnostech důležitých pro bezpečnost, zdraví a pobyt dítěte </w:t>
      </w:r>
      <w:r w:rsidR="00A9584D">
        <w:rPr>
          <w:lang w:eastAsia="cs-CZ"/>
        </w:rPr>
        <w:br/>
      </w:r>
      <w:r w:rsidRPr="005C2375">
        <w:rPr>
          <w:lang w:eastAsia="cs-CZ"/>
        </w:rPr>
        <w:t xml:space="preserve">ve školní družině, </w:t>
      </w:r>
    </w:p>
    <w:p w14:paraId="3FBE8AF5" w14:textId="77777777" w:rsidR="00164E9A" w:rsidRPr="005C2375" w:rsidRDefault="00164E9A" w:rsidP="007860F7">
      <w:pPr>
        <w:pStyle w:val="Odstavecseseznamem"/>
        <w:numPr>
          <w:ilvl w:val="0"/>
          <w:numId w:val="27"/>
        </w:numPr>
        <w:rPr>
          <w:lang w:eastAsia="cs-CZ"/>
        </w:rPr>
      </w:pPr>
      <w:r w:rsidRPr="005C2375">
        <w:rPr>
          <w:lang w:eastAsia="cs-CZ"/>
        </w:rPr>
        <w:t xml:space="preserve">hradit úplatu za zájmové vzdělávání ve stanoveném termínu, pokud se na dítě vztahuje, </w:t>
      </w:r>
    </w:p>
    <w:p w14:paraId="0BE5B252" w14:textId="77777777" w:rsidR="00164E9A" w:rsidRPr="005C2375" w:rsidRDefault="00164E9A" w:rsidP="007860F7">
      <w:pPr>
        <w:pStyle w:val="Odstavecseseznamem"/>
        <w:numPr>
          <w:ilvl w:val="0"/>
          <w:numId w:val="27"/>
        </w:numPr>
        <w:rPr>
          <w:lang w:eastAsia="cs-CZ"/>
        </w:rPr>
      </w:pPr>
      <w:r w:rsidRPr="005C2375">
        <w:rPr>
          <w:lang w:eastAsia="cs-CZ"/>
        </w:rPr>
        <w:t xml:space="preserve">respektovat vnitřní řád školní družiny a další pravidla školy, </w:t>
      </w:r>
    </w:p>
    <w:p w14:paraId="05F6BB0D" w14:textId="77777777" w:rsidR="00EC1E84" w:rsidRPr="009349D7" w:rsidRDefault="00164E9A" w:rsidP="009349D7">
      <w:pPr>
        <w:pStyle w:val="Odstavecseseznamem"/>
        <w:numPr>
          <w:ilvl w:val="0"/>
          <w:numId w:val="27"/>
        </w:numPr>
        <w:rPr>
          <w:lang w:eastAsia="cs-CZ"/>
        </w:rPr>
      </w:pPr>
      <w:r w:rsidRPr="005C2375">
        <w:rPr>
          <w:lang w:eastAsia="cs-CZ"/>
        </w:rPr>
        <w:t>v případě potřeby spolupracovat se školou při řešení problémů souvisejících s pobytem dítěte ve ŠD.</w:t>
      </w:r>
    </w:p>
    <w:p w14:paraId="65728B3B" w14:textId="77777777" w:rsidR="009939BF" w:rsidRPr="005C2375" w:rsidRDefault="00C50E67" w:rsidP="00EC1E84">
      <w:pPr>
        <w:pStyle w:val="Nadpis1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4. Pravidla vzájemných vztahů</w:t>
      </w:r>
    </w:p>
    <w:p w14:paraId="76544866" w14:textId="77777777" w:rsidR="00B07B58" w:rsidRPr="007860F7" w:rsidRDefault="00B07B58" w:rsidP="007860F7">
      <w:pPr>
        <w:pStyle w:val="Odstavecseseznamem"/>
        <w:numPr>
          <w:ilvl w:val="0"/>
          <w:numId w:val="29"/>
        </w:numPr>
      </w:pPr>
      <w:r w:rsidRPr="007860F7">
        <w:t xml:space="preserve">Všichni účastníci činnosti ŠD se k sobě chovají s respektem, ohleduplně a slušně. Žáci </w:t>
      </w:r>
      <w:r w:rsidR="009349D7">
        <w:br/>
      </w:r>
      <w:r w:rsidRPr="007860F7">
        <w:t>i zaměstnanci školy respektují důstojnost, osobní prostor a potřeby ostatních.</w:t>
      </w:r>
    </w:p>
    <w:p w14:paraId="1A6A5576" w14:textId="77777777" w:rsidR="00B07B58" w:rsidRPr="007860F7" w:rsidRDefault="00B07B58" w:rsidP="007860F7">
      <w:pPr>
        <w:pStyle w:val="Odstavecseseznamem"/>
        <w:numPr>
          <w:ilvl w:val="0"/>
          <w:numId w:val="29"/>
        </w:numPr>
      </w:pPr>
      <w:r w:rsidRPr="007860F7">
        <w:t>Násilí, ponižování, šikana, diskriminace, vyhrožování a jiné nevhodné chování jsou nepřípustné. Problémy se řeší klidně a za podpory vychovatelky ŠD.</w:t>
      </w:r>
    </w:p>
    <w:p w14:paraId="7C5D52A0" w14:textId="77777777" w:rsidR="00B07B58" w:rsidRPr="007860F7" w:rsidRDefault="00B07B58" w:rsidP="007860F7">
      <w:pPr>
        <w:pStyle w:val="Odstavecseseznamem"/>
        <w:numPr>
          <w:ilvl w:val="0"/>
          <w:numId w:val="29"/>
        </w:numPr>
      </w:pPr>
      <w:r w:rsidRPr="007860F7">
        <w:t>Žáci jsou povinni řídit se pokyny všech zaměstnanců školy, pokud jsou vydány v souladu s právními předpisy a vnitřními pravidly školy. Ke všem dospělým osobám se chovají slušně a respektují jejich pokyny.</w:t>
      </w:r>
    </w:p>
    <w:p w14:paraId="2337BE43" w14:textId="77777777" w:rsidR="00B07B58" w:rsidRPr="007860F7" w:rsidRDefault="00B07B58" w:rsidP="007860F7">
      <w:pPr>
        <w:pStyle w:val="Odstavecseseznamem"/>
        <w:numPr>
          <w:ilvl w:val="0"/>
          <w:numId w:val="29"/>
        </w:numPr>
      </w:pPr>
      <w:r w:rsidRPr="007860F7">
        <w:t>Pokud žák požádá zaměstnance školy o pomoc nebo radu v situaci, kdy se cítí v nepohodě nebo řeší problém, věnuje mu zaměstnanec náležitou pozornost a podle potřeby zajistí další pomoc.</w:t>
      </w:r>
    </w:p>
    <w:p w14:paraId="2C8AC6D0" w14:textId="77777777" w:rsidR="00B07B58" w:rsidRPr="007860F7" w:rsidRDefault="00B07B58" w:rsidP="007860F7">
      <w:pPr>
        <w:pStyle w:val="Odstavecseseznamem"/>
        <w:numPr>
          <w:ilvl w:val="0"/>
          <w:numId w:val="29"/>
        </w:numPr>
      </w:pPr>
      <w:r w:rsidRPr="007860F7">
        <w:t>Žáci mohou své připomínky, náměty nebo podněty týkající se činnosti ŠD sdělit vychovatelce ŠD, jinému zaměstnanci školy nebo vedení školy.</w:t>
      </w:r>
    </w:p>
    <w:p w14:paraId="62F9F56C" w14:textId="77777777" w:rsidR="00B07B58" w:rsidRPr="007860F7" w:rsidRDefault="00B07B58" w:rsidP="007860F7">
      <w:pPr>
        <w:pStyle w:val="Odstavecseseznamem"/>
        <w:numPr>
          <w:ilvl w:val="0"/>
          <w:numId w:val="29"/>
        </w:numPr>
      </w:pPr>
      <w:r w:rsidRPr="007860F7">
        <w:t>Do sborovny, kanceláře vedení školy, kabinetů a dalších prostor určených zaměstnancům školy vstupují žáci pouze na pokyn nebo se souhlasem přítomné dospělé osoby.</w:t>
      </w:r>
    </w:p>
    <w:p w14:paraId="2A49249A" w14:textId="77777777" w:rsidR="00B07B58" w:rsidRPr="007860F7" w:rsidRDefault="00B07B58" w:rsidP="007860F7">
      <w:pPr>
        <w:pStyle w:val="Odstavecseseznamem"/>
        <w:numPr>
          <w:ilvl w:val="0"/>
          <w:numId w:val="29"/>
        </w:numPr>
      </w:pPr>
      <w:r w:rsidRPr="007860F7">
        <w:t>Pro pobyt a chování žáků v tělocvičně, na hřišti, v keramické dílně a dalších prostorách se řídí také pravidly stanovenými pro příslušné prostory.</w:t>
      </w:r>
    </w:p>
    <w:p w14:paraId="5628EA16" w14:textId="538FE9D4" w:rsidR="00164E9A" w:rsidRPr="00065B3E" w:rsidRDefault="00B07B58" w:rsidP="00065B3E">
      <w:pPr>
        <w:pStyle w:val="Odstavecseseznamem"/>
        <w:numPr>
          <w:ilvl w:val="0"/>
          <w:numId w:val="29"/>
        </w:numPr>
        <w:rPr>
          <w:rStyle w:val="Siln"/>
          <w:rFonts w:cs="Times New Roman"/>
          <w:b w:val="0"/>
          <w:szCs w:val="24"/>
        </w:rPr>
      </w:pPr>
      <w:r w:rsidRPr="007860F7">
        <w:rPr>
          <w:rStyle w:val="Siln"/>
          <w:rFonts w:cs="Times New Roman"/>
          <w:b w:val="0"/>
          <w:szCs w:val="24"/>
        </w:rPr>
        <w:t xml:space="preserve">Zákonní zástupci komunikují se zaměstnanci školy věcně a s respektem; podněty </w:t>
      </w:r>
      <w:r w:rsidR="009349D7">
        <w:rPr>
          <w:rStyle w:val="Siln"/>
          <w:rFonts w:cs="Times New Roman"/>
          <w:b w:val="0"/>
          <w:szCs w:val="24"/>
        </w:rPr>
        <w:br/>
      </w:r>
      <w:r w:rsidRPr="007860F7">
        <w:rPr>
          <w:rStyle w:val="Siln"/>
          <w:rFonts w:cs="Times New Roman"/>
          <w:b w:val="0"/>
          <w:szCs w:val="24"/>
        </w:rPr>
        <w:t xml:space="preserve">a problémy týkající se pobytu dítěte ve ŠD řeší nejprve s vychovatelkou ŠD, případně </w:t>
      </w:r>
      <w:r w:rsidR="009349D7">
        <w:rPr>
          <w:rStyle w:val="Siln"/>
          <w:rFonts w:cs="Times New Roman"/>
          <w:b w:val="0"/>
          <w:szCs w:val="24"/>
        </w:rPr>
        <w:br/>
      </w:r>
      <w:r w:rsidRPr="007860F7">
        <w:rPr>
          <w:rStyle w:val="Siln"/>
          <w:rFonts w:cs="Times New Roman"/>
          <w:b w:val="0"/>
          <w:szCs w:val="24"/>
        </w:rPr>
        <w:t>s vedením školy.</w:t>
      </w:r>
    </w:p>
    <w:p w14:paraId="7AA92DBF" w14:textId="77777777" w:rsidR="00164E9A" w:rsidRPr="009349D7" w:rsidRDefault="00164E9A" w:rsidP="009349D7">
      <w:pPr>
        <w:pStyle w:val="Nadpis2"/>
        <w:rPr>
          <w:rFonts w:ascii="Times New Roman" w:hAnsi="Times New Roman" w:cs="Times New Roman"/>
        </w:rPr>
      </w:pPr>
      <w:r w:rsidRPr="009349D7">
        <w:rPr>
          <w:rFonts w:ascii="Times New Roman" w:hAnsi="Times New Roman" w:cs="Times New Roman"/>
        </w:rPr>
        <w:t xml:space="preserve">Povinnosti pedagogických pracovníků  </w:t>
      </w:r>
    </w:p>
    <w:p w14:paraId="6FB2C18C" w14:textId="530A4B0C" w:rsidR="009349D7" w:rsidRPr="009349D7" w:rsidRDefault="00164E9A" w:rsidP="009349D7">
      <w:pPr>
        <w:rPr>
          <w:rStyle w:val="Siln"/>
          <w:b w:val="0"/>
          <w:bCs w:val="0"/>
        </w:rPr>
      </w:pPr>
      <w:r w:rsidRPr="005C2375">
        <w:t xml:space="preserve">Kromě povinností stanovených školským zákonem je každý pedagogický pracovník povinen </w:t>
      </w:r>
      <w:r w:rsidR="009349D7">
        <w:br/>
      </w:r>
      <w:r w:rsidRPr="005C2375">
        <w:t xml:space="preserve">ve smyslu evropského nařízení ke GDPR zachovávat mlčenlivost a chránit před zneužitím data, údaje a osobní údaje a zaměstnanců školy, citlivé osobní údaje, informace o zdravotním stavu dětí, žáků a studentů a výsledky poradenské pomoci školského poradenského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nepotřebné údaje vyřazovat a dál nezpracovávat. </w:t>
      </w:r>
    </w:p>
    <w:p w14:paraId="37B80AA6" w14:textId="77777777" w:rsidR="00164E9A" w:rsidRPr="009349D7" w:rsidRDefault="00164E9A" w:rsidP="009349D7">
      <w:pPr>
        <w:pStyle w:val="Nadpis2"/>
        <w:rPr>
          <w:rFonts w:ascii="Times New Roman" w:hAnsi="Times New Roman" w:cs="Times New Roman"/>
        </w:rPr>
      </w:pPr>
      <w:r w:rsidRPr="009349D7">
        <w:rPr>
          <w:rStyle w:val="Siln"/>
          <w:rFonts w:ascii="Times New Roman" w:hAnsi="Times New Roman" w:cs="Times New Roman"/>
          <w:b/>
          <w:bCs/>
        </w:rPr>
        <w:t>Komunikace zákonných zástupců se školní družinou</w:t>
      </w:r>
    </w:p>
    <w:p w14:paraId="2A7D66A3" w14:textId="77777777" w:rsidR="00164E9A" w:rsidRPr="005C2375" w:rsidRDefault="00164E9A" w:rsidP="007860F7">
      <w:r w:rsidRPr="005C2375">
        <w:t xml:space="preserve">Zákonní zástupci mohou vychovatelku školní družiny kontaktovat v době provozu školní družiny, </w:t>
      </w:r>
      <w:r w:rsidRPr="009349D7">
        <w:rPr>
          <w:rStyle w:val="Siln"/>
          <w:rFonts w:cs="Times New Roman"/>
          <w:b w:val="0"/>
        </w:rPr>
        <w:t xml:space="preserve">ráno </w:t>
      </w:r>
      <w:r w:rsidRPr="00220494">
        <w:rPr>
          <w:rStyle w:val="Siln"/>
          <w:rFonts w:cs="Times New Roman"/>
        </w:rPr>
        <w:t>od 7:15 do 7:45 hodin</w:t>
      </w:r>
      <w:r w:rsidRPr="009349D7">
        <w:rPr>
          <w:rStyle w:val="Siln"/>
          <w:rFonts w:cs="Times New Roman"/>
          <w:b w:val="0"/>
        </w:rPr>
        <w:t xml:space="preserve"> a odpoledne </w:t>
      </w:r>
      <w:r w:rsidRPr="00220494">
        <w:rPr>
          <w:rStyle w:val="Siln"/>
          <w:rFonts w:cs="Times New Roman"/>
        </w:rPr>
        <w:t>od 12:00 do 15:00 hodin</w:t>
      </w:r>
      <w:r w:rsidRPr="009349D7">
        <w:rPr>
          <w:b/>
        </w:rPr>
        <w:t>.</w:t>
      </w:r>
      <w:r w:rsidRPr="005C2375">
        <w:t xml:space="preserve"> V této době </w:t>
      </w:r>
      <w:r w:rsidR="00A9584D">
        <w:br/>
      </w:r>
      <w:r w:rsidRPr="005C2375">
        <w:t xml:space="preserve">je možné vychovatelku kontaktovat také telefonicky na čísle </w:t>
      </w:r>
      <w:r w:rsidRPr="005C2375">
        <w:rPr>
          <w:rStyle w:val="Siln"/>
          <w:rFonts w:cs="Times New Roman"/>
        </w:rPr>
        <w:t>73</w:t>
      </w:r>
      <w:r w:rsidR="008D39D8">
        <w:rPr>
          <w:rStyle w:val="Siln"/>
          <w:rFonts w:cs="Times New Roman"/>
        </w:rPr>
        <w:t>4 392 205</w:t>
      </w:r>
      <w:r w:rsidRPr="005C2375">
        <w:t xml:space="preserve">. V případě potřeby </w:t>
      </w:r>
      <w:r w:rsidR="00A9584D">
        <w:br/>
      </w:r>
      <w:r w:rsidRPr="005C2375">
        <w:t>je možné si s vychovatelkou předem dohodnout individuální konzultaci i v jiném termínu.</w:t>
      </w:r>
    </w:p>
    <w:p w14:paraId="27D73702" w14:textId="77777777" w:rsidR="00164E9A" w:rsidRPr="005C2375" w:rsidRDefault="00164E9A" w:rsidP="007860F7">
      <w:r w:rsidRPr="005C2375">
        <w:rPr>
          <w:rStyle w:val="Siln"/>
          <w:rFonts w:cs="Times New Roman"/>
          <w:b w:val="0"/>
        </w:rPr>
        <w:t>Hlavní formou komunikace v záležitostech týkajících se docházky a odchodu dítěte ze školní družiny je písemná forma</w:t>
      </w:r>
      <w:r w:rsidRPr="005C2375">
        <w:t>, zejména při změně způsobu nebo času odchodu dítěte.</w:t>
      </w:r>
    </w:p>
    <w:p w14:paraId="06661F9F" w14:textId="77777777" w:rsidR="009939BF" w:rsidRPr="005C2375" w:rsidRDefault="00C50E67" w:rsidP="00EC1E84">
      <w:pPr>
        <w:pStyle w:val="Nadpis1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 xml:space="preserve">5. Přihlašování, odhlašování </w:t>
      </w:r>
      <w:r w:rsidR="00164E9A" w:rsidRPr="005C2375">
        <w:rPr>
          <w:rFonts w:ascii="Times New Roman" w:hAnsi="Times New Roman" w:cs="Times New Roman"/>
        </w:rPr>
        <w:t>a</w:t>
      </w:r>
      <w:r w:rsidRPr="005C2375">
        <w:rPr>
          <w:rFonts w:ascii="Times New Roman" w:hAnsi="Times New Roman" w:cs="Times New Roman"/>
        </w:rPr>
        <w:t xml:space="preserve"> docházka</w:t>
      </w:r>
    </w:p>
    <w:p w14:paraId="16D7CCB7" w14:textId="77777777" w:rsidR="009939BF" w:rsidRPr="005C2375" w:rsidRDefault="00C50E67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5.1 Přijetí a evidence</w:t>
      </w:r>
    </w:p>
    <w:p w14:paraId="6FD53390" w14:textId="77777777" w:rsidR="009939BF" w:rsidRPr="005C2375" w:rsidRDefault="00C50E67" w:rsidP="007860F7">
      <w:r w:rsidRPr="005C2375">
        <w:t xml:space="preserve">Do školní družiny je žák přijat na základě písemné přihlášky. V přihlášce zákonný zástupce uvede rozsah docházky a způsob odchodu žáka. O přijetí rozhoduje ředitel školy v souladu </w:t>
      </w:r>
      <w:r w:rsidR="00A9584D">
        <w:br/>
      </w:r>
      <w:r w:rsidRPr="005C2375">
        <w:t>s platnými předpisy a podmínkami školy.</w:t>
      </w:r>
    </w:p>
    <w:p w14:paraId="61280629" w14:textId="77777777" w:rsidR="009939BF" w:rsidRPr="005C2375" w:rsidRDefault="00C50E67" w:rsidP="007860F7">
      <w:r w:rsidRPr="005C2375">
        <w:t xml:space="preserve">Evidence účastníků je vedena prostřednictvím přihlášky (zápisního lístku) a třídní knihy ŠD. </w:t>
      </w:r>
      <w:r w:rsidR="009349D7">
        <w:br/>
      </w:r>
      <w:r w:rsidRPr="005C2375">
        <w:t>V třídní knize se zaznamenává zejména přítomnost a nepřítomnost žáků.</w:t>
      </w:r>
    </w:p>
    <w:p w14:paraId="57812DA2" w14:textId="77777777" w:rsidR="009939BF" w:rsidRPr="005C2375" w:rsidRDefault="00C50E67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5.2 Docházka a změny</w:t>
      </w:r>
    </w:p>
    <w:p w14:paraId="11C0786C" w14:textId="77777777" w:rsidR="00482760" w:rsidRPr="005C2375" w:rsidRDefault="00482760" w:rsidP="007860F7">
      <w:pPr>
        <w:rPr>
          <w:lang w:eastAsia="cs-CZ"/>
        </w:rPr>
      </w:pPr>
      <w:r w:rsidRPr="005C2375">
        <w:rPr>
          <w:lang w:eastAsia="cs-CZ"/>
        </w:rPr>
        <w:t xml:space="preserve">Žák dochází do ŠD v rozsahu uvedeném v přihlášce. Nepřítomnost oznámí zákonný zástupce </w:t>
      </w:r>
      <w:r w:rsidRPr="00220494">
        <w:rPr>
          <w:lang w:eastAsia="cs-CZ"/>
        </w:rPr>
        <w:t>písemně</w:t>
      </w:r>
      <w:r w:rsidR="00286E70" w:rsidRPr="00220494">
        <w:rPr>
          <w:lang w:eastAsia="cs-CZ"/>
        </w:rPr>
        <w:t>,</w:t>
      </w:r>
      <w:r w:rsidRPr="00220494">
        <w:rPr>
          <w:lang w:eastAsia="cs-CZ"/>
        </w:rPr>
        <w:t xml:space="preserve"> telefonicky</w:t>
      </w:r>
      <w:r w:rsidR="00286E70" w:rsidRPr="00220494">
        <w:rPr>
          <w:lang w:eastAsia="cs-CZ"/>
        </w:rPr>
        <w:t xml:space="preserve">, nebo </w:t>
      </w:r>
      <w:r w:rsidRPr="00220494">
        <w:rPr>
          <w:lang w:eastAsia="cs-CZ"/>
        </w:rPr>
        <w:t xml:space="preserve">prostřednictvím </w:t>
      </w:r>
      <w:proofErr w:type="spellStart"/>
      <w:r w:rsidRPr="00220494">
        <w:rPr>
          <w:lang w:eastAsia="cs-CZ"/>
        </w:rPr>
        <w:t>EduPage</w:t>
      </w:r>
      <w:proofErr w:type="spellEnd"/>
      <w:r w:rsidRPr="005C2375">
        <w:rPr>
          <w:lang w:eastAsia="cs-CZ"/>
        </w:rPr>
        <w:t xml:space="preserve"> vychovatelce ŠD.</w:t>
      </w:r>
    </w:p>
    <w:p w14:paraId="1FD86F2C" w14:textId="77777777" w:rsidR="00482760" w:rsidRPr="005C2375" w:rsidRDefault="00482760" w:rsidP="007860F7">
      <w:pPr>
        <w:rPr>
          <w:lang w:eastAsia="cs-CZ"/>
        </w:rPr>
      </w:pPr>
      <w:r w:rsidRPr="005C2375">
        <w:rPr>
          <w:lang w:eastAsia="cs-CZ"/>
        </w:rPr>
        <w:t>Změnu pravidelné docházky nebo způsobu odchodu oznámí zákonný zástupce předem písemně. Jednorázovou změnu odchodu lze oznámit také telefonicky vychovatelce ŠD.</w:t>
      </w:r>
    </w:p>
    <w:p w14:paraId="4D2DBDB4" w14:textId="77777777" w:rsidR="00482760" w:rsidRPr="005C2375" w:rsidRDefault="00482760" w:rsidP="007860F7">
      <w:pPr>
        <w:rPr>
          <w:lang w:eastAsia="cs-CZ"/>
        </w:rPr>
      </w:pPr>
      <w:r w:rsidRPr="005C2375">
        <w:rPr>
          <w:lang w:eastAsia="cs-CZ"/>
        </w:rPr>
        <w:t>Žák může být uvolněn pouze způsobem uvedeným v přihlášce nebo na základě předem oznámené změny.</w:t>
      </w:r>
    </w:p>
    <w:p w14:paraId="6ED3909C" w14:textId="77777777" w:rsidR="009939BF" w:rsidRPr="005C2375" w:rsidRDefault="00C50E67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5.3 Mimořádný odchod a odhlášení</w:t>
      </w:r>
    </w:p>
    <w:p w14:paraId="455F91EE" w14:textId="77777777" w:rsidR="009939BF" w:rsidRPr="005C2375" w:rsidRDefault="00482760" w:rsidP="007860F7">
      <w:r w:rsidRPr="005C2375">
        <w:t xml:space="preserve">Pokud potřebuje zákonný zástupce vyzvednout žáka mimo běžný čas, oznámí tuto skutečnost </w:t>
      </w:r>
      <w:r w:rsidRPr="00220494">
        <w:rPr>
          <w:b/>
        </w:rPr>
        <w:t xml:space="preserve">předem písemně, telefonicky nebo </w:t>
      </w:r>
      <w:bookmarkStart w:id="2" w:name="_Hlk238830158"/>
      <w:r w:rsidRPr="00220494">
        <w:rPr>
          <w:b/>
        </w:rPr>
        <w:t xml:space="preserve">prostřednictvím </w:t>
      </w:r>
      <w:proofErr w:type="spellStart"/>
      <w:r w:rsidRPr="00220494">
        <w:rPr>
          <w:b/>
        </w:rPr>
        <w:t>EduPage</w:t>
      </w:r>
      <w:bookmarkEnd w:id="2"/>
      <w:proofErr w:type="spellEnd"/>
      <w:r w:rsidRPr="005C2375">
        <w:t xml:space="preserve"> vychovatelce ŠD. </w:t>
      </w:r>
      <w:r w:rsidR="00A9584D">
        <w:br/>
      </w:r>
      <w:r w:rsidR="00C50E67" w:rsidRPr="005C2375">
        <w:t>Z bezpečnostních důvodů není možné uvolnit žáka pouze na základě ústního vzkazu předaného jiným dítětem.</w:t>
      </w:r>
    </w:p>
    <w:p w14:paraId="7E6E289B" w14:textId="77777777" w:rsidR="009939BF" w:rsidRPr="005C2375" w:rsidRDefault="00C50E67" w:rsidP="007860F7">
      <w:r w:rsidRPr="005C2375">
        <w:t xml:space="preserve">O ukončení docházky požádá zákonný zástupce písemně. Odhlašování je možné v průběhu </w:t>
      </w:r>
      <w:r w:rsidR="00A90E5A" w:rsidRPr="005C2375">
        <w:t xml:space="preserve">celého </w:t>
      </w:r>
      <w:r w:rsidRPr="005C2375">
        <w:t>školního roku.</w:t>
      </w:r>
    </w:p>
    <w:p w14:paraId="6318B7A5" w14:textId="77777777" w:rsidR="009939BF" w:rsidRPr="005C2375" w:rsidRDefault="00C50E67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5.4 Ukončení účasti a vyloučení</w:t>
      </w:r>
    </w:p>
    <w:p w14:paraId="464A202A" w14:textId="77777777" w:rsidR="009939BF" w:rsidRPr="005C2375" w:rsidRDefault="00C50E67" w:rsidP="007860F7">
      <w:r w:rsidRPr="005C2375">
        <w:t>Zájmové vzdělávání končí zejména uplynutím školního roku, ukončením docházky na základě písemného oznámení zákonného zástupce nebo ukončením účasti v souladu s platnými právními předpisy.</w:t>
      </w:r>
    </w:p>
    <w:p w14:paraId="24C0C254" w14:textId="77777777" w:rsidR="009939BF" w:rsidRDefault="00C50E67" w:rsidP="007860F7">
      <w:r w:rsidRPr="005C2375">
        <w:t xml:space="preserve">V případě závažného zaviněného porušení povinností může ředitel školy rozhodnout </w:t>
      </w:r>
      <w:r w:rsidR="00286E70">
        <w:br/>
      </w:r>
      <w:r w:rsidRPr="005C2375">
        <w:t>o podmíněném vyloučení nebo vyloučení žáka ze školní družiny za podmínek stanovených školským zákonem.</w:t>
      </w:r>
    </w:p>
    <w:p w14:paraId="5EC93853" w14:textId="77777777" w:rsidR="00065B3E" w:rsidRPr="005C2375" w:rsidRDefault="00065B3E" w:rsidP="007860F7"/>
    <w:p w14:paraId="11EBC68B" w14:textId="77777777" w:rsidR="009939BF" w:rsidRPr="005C2375" w:rsidRDefault="00C50E67" w:rsidP="00EC1E84">
      <w:pPr>
        <w:pStyle w:val="Nadpis1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6. Úplata za zájmové vzdělávání</w:t>
      </w:r>
    </w:p>
    <w:p w14:paraId="1D2C748D" w14:textId="77777777" w:rsidR="009939BF" w:rsidRPr="005C2375" w:rsidRDefault="00C50E67" w:rsidP="007860F7">
      <w:r w:rsidRPr="005C2375">
        <w:t>Zájmové vzdělávání ve školní družině je poskytováno zpravidla za úplatu.</w:t>
      </w:r>
    </w:p>
    <w:p w14:paraId="4D800596" w14:textId="77777777" w:rsidR="009939BF" w:rsidRPr="005C2375" w:rsidRDefault="00C50E67" w:rsidP="007860F7">
      <w:r w:rsidRPr="005C2375">
        <w:t xml:space="preserve">Výši úplaty stanovuje zřizovatel na období školního roku. Aktuální výše úplaty je uvedena </w:t>
      </w:r>
      <w:r w:rsidR="00286E70">
        <w:br/>
      </w:r>
      <w:r w:rsidRPr="005C2375">
        <w:t>v platné směrnici školy upravující úplatu za vzdělávání.</w:t>
      </w:r>
    </w:p>
    <w:p w14:paraId="43632675" w14:textId="77777777" w:rsidR="009939BF" w:rsidRPr="005C2375" w:rsidRDefault="00C50E67" w:rsidP="007860F7">
      <w:r w:rsidRPr="005C2375">
        <w:t xml:space="preserve">Úplata je splatná </w:t>
      </w:r>
      <w:r w:rsidRPr="00220494">
        <w:rPr>
          <w:b/>
        </w:rPr>
        <w:t>do 15. kalendářního dne</w:t>
      </w:r>
      <w:r w:rsidRPr="005C2375">
        <w:t xml:space="preserve"> příslušného měsíce, pokud ředitelka školy nedohodne jinou splatnost. Podrobnosti o způsobu úhrady stanovuje platná směrnice školy.</w:t>
      </w:r>
    </w:p>
    <w:p w14:paraId="4DC71D9C" w14:textId="77777777" w:rsidR="009939BF" w:rsidRPr="005C2375" w:rsidRDefault="00C50E67" w:rsidP="007860F7">
      <w:r w:rsidRPr="005C2375">
        <w:t>Podmínky pro snížení nebo osvobození od úplaty se řídí platnými právními předpisy a platnou směrnicí školy.</w:t>
      </w:r>
    </w:p>
    <w:p w14:paraId="6AC7D1F8" w14:textId="77777777" w:rsidR="009939BF" w:rsidRPr="005C2375" w:rsidRDefault="00C50E67" w:rsidP="007860F7">
      <w:r w:rsidRPr="005C2375">
        <w:t>Pokud je provoz ŠD v kalendářním měsíci omezen nebo přerušen po dobu delší než 5 dnů, úplata se účastníkovi poměrně sníží</w:t>
      </w:r>
      <w:r w:rsidR="00F64A8F" w:rsidRPr="005C2375">
        <w:t xml:space="preserve"> v souladu s § 11 vyhlášky č. 74/2005 Sb., o zájmovém vzdělávání, v platném znění.</w:t>
      </w:r>
    </w:p>
    <w:p w14:paraId="0ECF114E" w14:textId="77777777" w:rsidR="00AA7E8A" w:rsidRPr="005C2375" w:rsidRDefault="00AA7E8A" w:rsidP="00EC1E84">
      <w:pPr>
        <w:pStyle w:val="Nadpis1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7. Provoz a vnitřní režim školní družiny</w:t>
      </w:r>
    </w:p>
    <w:p w14:paraId="38D79AB4" w14:textId="77777777" w:rsidR="00AA7E8A" w:rsidRPr="005C2375" w:rsidRDefault="00AA7E8A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7.1 Provozní doba a organizace</w:t>
      </w:r>
    </w:p>
    <w:p w14:paraId="4256BC2A" w14:textId="77777777" w:rsidR="00AA7E8A" w:rsidRPr="00220494" w:rsidRDefault="00AA7E8A" w:rsidP="007860F7">
      <w:r w:rsidRPr="00286E70">
        <w:t xml:space="preserve">Provozní doba školní družiny je </w:t>
      </w:r>
      <w:r w:rsidRPr="00220494">
        <w:rPr>
          <w:b/>
        </w:rPr>
        <w:t xml:space="preserve">od </w:t>
      </w:r>
      <w:r w:rsidRPr="00220494">
        <w:rPr>
          <w:rStyle w:val="Siln"/>
          <w:rFonts w:eastAsiaTheme="majorEastAsia" w:cs="Times New Roman"/>
        </w:rPr>
        <w:t>7:15 do 7:45 hodin</w:t>
      </w:r>
      <w:r w:rsidRPr="00220494">
        <w:t xml:space="preserve"> a od </w:t>
      </w:r>
      <w:r w:rsidRPr="00220494">
        <w:rPr>
          <w:rStyle w:val="Siln"/>
          <w:rFonts w:eastAsiaTheme="majorEastAsia" w:cs="Times New Roman"/>
        </w:rPr>
        <w:t>12:00 do 15:00 hodin</w:t>
      </w:r>
      <w:r w:rsidRPr="00220494">
        <w:t>.</w:t>
      </w:r>
    </w:p>
    <w:p w14:paraId="147D69C2" w14:textId="77777777" w:rsidR="00AA7E8A" w:rsidRPr="005C2375" w:rsidRDefault="00AA7E8A" w:rsidP="007860F7">
      <w:r w:rsidRPr="00286E70">
        <w:t xml:space="preserve">V době od </w:t>
      </w:r>
      <w:r w:rsidRPr="00286E70">
        <w:rPr>
          <w:rStyle w:val="Siln"/>
          <w:rFonts w:eastAsiaTheme="majorEastAsia" w:cs="Times New Roman"/>
          <w:b w:val="0"/>
        </w:rPr>
        <w:t>11:</w:t>
      </w:r>
      <w:r w:rsidR="00220494">
        <w:rPr>
          <w:rStyle w:val="Siln"/>
          <w:rFonts w:eastAsiaTheme="majorEastAsia" w:cs="Times New Roman"/>
          <w:b w:val="0"/>
        </w:rPr>
        <w:t>5</w:t>
      </w:r>
      <w:r w:rsidRPr="00286E70">
        <w:rPr>
          <w:rStyle w:val="Siln"/>
          <w:rFonts w:eastAsiaTheme="majorEastAsia" w:cs="Times New Roman"/>
          <w:b w:val="0"/>
        </w:rPr>
        <w:t>0 do 12:</w:t>
      </w:r>
      <w:r w:rsidR="00220494">
        <w:rPr>
          <w:rStyle w:val="Siln"/>
          <w:rFonts w:eastAsiaTheme="majorEastAsia" w:cs="Times New Roman"/>
          <w:b w:val="0"/>
        </w:rPr>
        <w:t>20</w:t>
      </w:r>
      <w:r w:rsidRPr="00286E70">
        <w:rPr>
          <w:rStyle w:val="Siln"/>
          <w:rFonts w:eastAsiaTheme="majorEastAsia" w:cs="Times New Roman"/>
          <w:b w:val="0"/>
        </w:rPr>
        <w:t xml:space="preserve"> hodin</w:t>
      </w:r>
      <w:r w:rsidRPr="00286E70">
        <w:rPr>
          <w:b/>
        </w:rPr>
        <w:t xml:space="preserve"> </w:t>
      </w:r>
      <w:r w:rsidRPr="00286E70">
        <w:t>žáci obědvají ve školní jídelně nebo svačí v určené třídě.</w:t>
      </w:r>
      <w:r w:rsidRPr="005C2375">
        <w:t xml:space="preserve"> Dohled nad žáky zajišťuje příslušný pedagogický pracovník podle organizace školy.</w:t>
      </w:r>
    </w:p>
    <w:p w14:paraId="30844538" w14:textId="6882BA57" w:rsidR="00EC1E84" w:rsidRPr="00065B3E" w:rsidRDefault="00AA7E8A" w:rsidP="00065B3E">
      <w:r w:rsidRPr="005C2375">
        <w:t xml:space="preserve">Rozsah denního provozu školní družiny projednává ředitelka školy se zřizovatelem. Týdenní skladbu činností školní družiny, která zahrnuje zejména činnosti odpočinkové, zájmové </w:t>
      </w:r>
      <w:r w:rsidR="00286E70">
        <w:br/>
      </w:r>
      <w:r w:rsidRPr="005C2375">
        <w:t>a rekreační, pobyt venku a další aktivity, schvaluje ředitelka školy.</w:t>
      </w:r>
    </w:p>
    <w:p w14:paraId="5D604537" w14:textId="77777777" w:rsidR="00AA7E8A" w:rsidRPr="005C2375" w:rsidRDefault="00AA7E8A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7.2 Organizace oddělení a přesuny žáků</w:t>
      </w:r>
    </w:p>
    <w:p w14:paraId="514C40F2" w14:textId="77777777" w:rsidR="009A4577" w:rsidRPr="00286E70" w:rsidRDefault="009A4577" w:rsidP="007860F7">
      <w:r w:rsidRPr="00286E70">
        <w:t xml:space="preserve">Školní družina je organizována ve </w:t>
      </w:r>
      <w:r w:rsidRPr="00286E70">
        <w:rPr>
          <w:rStyle w:val="Siln"/>
          <w:rFonts w:cs="Times New Roman"/>
          <w:b w:val="0"/>
        </w:rPr>
        <w:t>dvou odděleních</w:t>
      </w:r>
      <w:r w:rsidRPr="00286E70">
        <w:t>.</w:t>
      </w:r>
    </w:p>
    <w:p w14:paraId="75646851" w14:textId="77777777" w:rsidR="009A4577" w:rsidRPr="005C2375" w:rsidRDefault="009A4577" w:rsidP="007860F7">
      <w:r w:rsidRPr="00286E70">
        <w:rPr>
          <w:rStyle w:val="Siln"/>
          <w:rFonts w:cs="Times New Roman"/>
          <w:b w:val="0"/>
        </w:rPr>
        <w:t>1. oddělení</w:t>
      </w:r>
      <w:r w:rsidRPr="005C2375">
        <w:t xml:space="preserve"> využívá prostory školní družiny v budově ZŠ. </w:t>
      </w:r>
    </w:p>
    <w:p w14:paraId="2802D48D" w14:textId="77777777" w:rsidR="003058C9" w:rsidRPr="003058C9" w:rsidRDefault="009A4577" w:rsidP="003058C9">
      <w:r w:rsidRPr="00286E70">
        <w:rPr>
          <w:rStyle w:val="Siln"/>
          <w:rFonts w:cs="Times New Roman"/>
          <w:b w:val="0"/>
        </w:rPr>
        <w:t>2. oddělení</w:t>
      </w:r>
      <w:r w:rsidRPr="005C2375">
        <w:t xml:space="preserve"> využívá prostory keramické dílny a tělocvičny v budově MŠ Domeček. </w:t>
      </w:r>
      <w:r w:rsidR="003058C9">
        <w:br/>
      </w:r>
    </w:p>
    <w:p w14:paraId="0FA0F912" w14:textId="77777777" w:rsidR="003058C9" w:rsidRPr="003058C9" w:rsidRDefault="003058C9" w:rsidP="003058C9">
      <w:r w:rsidRPr="003058C9">
        <w:t>Žáci, kteří přecházejí</w:t>
      </w:r>
      <w:r w:rsidRPr="003058C9">
        <w:rPr>
          <w:b/>
          <w:bCs/>
        </w:rPr>
        <w:t xml:space="preserve"> </w:t>
      </w:r>
      <w:r w:rsidRPr="003058C9">
        <w:rPr>
          <w:bCs/>
        </w:rPr>
        <w:t>na oběd do budovy ZŠ</w:t>
      </w:r>
      <w:r w:rsidRPr="003058C9">
        <w:t xml:space="preserve">, jsou převáděny z budovy, ve které probíhá jejich činnost školní družiny, do školní jídelny za doprovodu určeného pedagogického pracovníka </w:t>
      </w:r>
      <w:r>
        <w:br/>
      </w:r>
      <w:r w:rsidRPr="003058C9">
        <w:t xml:space="preserve">nebo pedagogických pracovníků. Po ukončení oběda se žáci stejným způsobem vracejí zpět </w:t>
      </w:r>
      <w:r>
        <w:br/>
      </w:r>
      <w:r w:rsidRPr="003058C9">
        <w:t>do příslušné budovy školní družiny.</w:t>
      </w:r>
    </w:p>
    <w:p w14:paraId="2D7FE4D5" w14:textId="77777777" w:rsidR="003058C9" w:rsidRPr="003058C9" w:rsidRDefault="003058C9" w:rsidP="003058C9">
      <w:r w:rsidRPr="003058C9">
        <w:rPr>
          <w:bCs/>
        </w:rPr>
        <w:t>Nad žáky, kteří na oběd do budovy ZŠ nepřechází, je po tuto dobu zajištěn dohled určeným pedagogickým pracovníkem podle aktuálního organizačního rozpisu.</w:t>
      </w:r>
    </w:p>
    <w:p w14:paraId="1E7A8930" w14:textId="77777777" w:rsidR="003058C9" w:rsidRPr="003058C9" w:rsidRDefault="003058C9" w:rsidP="003058C9">
      <w:r w:rsidRPr="003058C9">
        <w:t>Přesun probíhá organizovaně a žáci jsou po celou dobu pod dohledem doprovázejícího pedagogického pracovníka. Před zahájením přesunu pedagogický pracovník ověří počet přítomných žáků. Žáci se pohybují společně a řídí se jeho pokyny a pravidly bezpečného pohybu.</w:t>
      </w:r>
    </w:p>
    <w:p w14:paraId="5DEDA6B1" w14:textId="77777777" w:rsidR="003058C9" w:rsidRPr="003058C9" w:rsidRDefault="003058C9" w:rsidP="003058C9">
      <w:r w:rsidRPr="003058C9">
        <w:t>Při přechodu mezi budovami dbá pedagogický pracovník zejména na bezpečnost žáků při pohybu a přecházení komunikace. Po návratu do budovy školní družiny ověří počet žáků a zajistí jejich zapojení do další činnosti.</w:t>
      </w:r>
    </w:p>
    <w:p w14:paraId="0120AD3F" w14:textId="77777777" w:rsidR="003058C9" w:rsidRPr="003058C9" w:rsidRDefault="003058C9" w:rsidP="003058C9">
      <w:r w:rsidRPr="003058C9">
        <w:t>Konkrétní personální zajištění přesunů a dohled nad žáky jsou stanoveny v aktuálním organizačním rozpisu školní družiny a mohou být podle aktuální přítomnosti žáků a zaměstnanců operativně upraveny.</w:t>
      </w:r>
    </w:p>
    <w:p w14:paraId="5DA2EE4D" w14:textId="77777777" w:rsidR="003058C9" w:rsidRPr="005C2375" w:rsidRDefault="003058C9" w:rsidP="007860F7"/>
    <w:p w14:paraId="4E9CE474" w14:textId="77777777" w:rsidR="00AA7E8A" w:rsidRPr="005C2375" w:rsidRDefault="00AA7E8A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7.3 Předávání a dohled nad žáky</w:t>
      </w:r>
    </w:p>
    <w:p w14:paraId="73F50B55" w14:textId="77777777" w:rsidR="00AA7E8A" w:rsidRPr="005C2375" w:rsidRDefault="00AA7E8A" w:rsidP="007860F7">
      <w:r w:rsidRPr="005C2375">
        <w:t>Žáci přicházejí do školní družiny po skončení vyučování pod vedením vychovatelky. Pokud některé třídy končí vyučování později, předává žáky vychovatelce příslušný pedagogický pracovník nebo asistent pedagoga.</w:t>
      </w:r>
    </w:p>
    <w:p w14:paraId="1AC0A9E0" w14:textId="77777777" w:rsidR="00AA7E8A" w:rsidRPr="005C2375" w:rsidRDefault="00AA7E8A" w:rsidP="007860F7">
      <w:r w:rsidRPr="005C2375">
        <w:t>V průběhu činnosti ŠD zajišťují dohled nad žáky pedagogičtí pracovníci podle organizace jednotlivých činností.</w:t>
      </w:r>
    </w:p>
    <w:p w14:paraId="6C41C2B9" w14:textId="77777777" w:rsidR="00AA7E8A" w:rsidRPr="005C2375" w:rsidRDefault="00AA7E8A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7.4 Organizace výchovně-vzdělávací činnosti</w:t>
      </w:r>
    </w:p>
    <w:p w14:paraId="31D836EF" w14:textId="77777777" w:rsidR="00AA7E8A" w:rsidRPr="005C2375" w:rsidRDefault="00AA7E8A" w:rsidP="007860F7">
      <w:r w:rsidRPr="005C2375">
        <w:t>Školní družina realizuje výchovně-vzdělávací činnost zejména formou:</w:t>
      </w:r>
    </w:p>
    <w:p w14:paraId="4EC02EE3" w14:textId="77777777" w:rsidR="00AA7E8A" w:rsidRPr="00286E70" w:rsidRDefault="00AA7E8A" w:rsidP="00286E70">
      <w:pPr>
        <w:pStyle w:val="Odstavecseseznamem"/>
        <w:numPr>
          <w:ilvl w:val="0"/>
          <w:numId w:val="34"/>
        </w:numPr>
      </w:pPr>
      <w:r w:rsidRPr="00220494">
        <w:rPr>
          <w:rStyle w:val="Siln"/>
          <w:rFonts w:cs="Times New Roman"/>
        </w:rPr>
        <w:t>odpočinkových činností</w:t>
      </w:r>
      <w:r w:rsidRPr="00286E70">
        <w:rPr>
          <w:b/>
        </w:rPr>
        <w:t>,</w:t>
      </w:r>
      <w:r w:rsidRPr="00286E70">
        <w:t xml:space="preserve"> které slouží k odstranění únavy a jsou zařazovány zejména </w:t>
      </w:r>
      <w:r w:rsidR="00286E70">
        <w:br/>
      </w:r>
      <w:r w:rsidRPr="00286E70">
        <w:t xml:space="preserve">po obědě a podle aktuálních potřeb žáků, </w:t>
      </w:r>
    </w:p>
    <w:p w14:paraId="3DD39FEB" w14:textId="77777777" w:rsidR="00AA7E8A" w:rsidRPr="00286E70" w:rsidRDefault="00AA7E8A" w:rsidP="00286E70">
      <w:pPr>
        <w:pStyle w:val="Odstavecseseznamem"/>
        <w:numPr>
          <w:ilvl w:val="0"/>
          <w:numId w:val="34"/>
        </w:numPr>
      </w:pPr>
      <w:r w:rsidRPr="00220494">
        <w:rPr>
          <w:rStyle w:val="Siln"/>
          <w:rFonts w:cs="Times New Roman"/>
        </w:rPr>
        <w:t>rekreačních činností</w:t>
      </w:r>
      <w:r w:rsidRPr="00286E70">
        <w:rPr>
          <w:b/>
        </w:rPr>
        <w:t>,</w:t>
      </w:r>
      <w:r w:rsidRPr="00286E70">
        <w:t xml:space="preserve"> které slouží k regeneraci sil a zahrnují zejména pohybové, herní </w:t>
      </w:r>
      <w:r w:rsidR="00286E70">
        <w:br/>
      </w:r>
      <w:r w:rsidRPr="00286E70">
        <w:t xml:space="preserve">a spontánní aktivity, </w:t>
      </w:r>
    </w:p>
    <w:p w14:paraId="7AAAD1F6" w14:textId="77777777" w:rsidR="00AA7E8A" w:rsidRPr="00286E70" w:rsidRDefault="00AA7E8A" w:rsidP="00286E70">
      <w:pPr>
        <w:pStyle w:val="Odstavecseseznamem"/>
        <w:numPr>
          <w:ilvl w:val="0"/>
          <w:numId w:val="34"/>
        </w:numPr>
      </w:pPr>
      <w:r w:rsidRPr="00220494">
        <w:rPr>
          <w:rStyle w:val="Siln"/>
          <w:rFonts w:cs="Times New Roman"/>
        </w:rPr>
        <w:t>zájmových činností</w:t>
      </w:r>
      <w:r w:rsidRPr="00286E70">
        <w:t xml:space="preserve">, které podporují rozvoj osobnosti, schopností, dovedností, zájmů </w:t>
      </w:r>
      <w:r w:rsidR="00286E70">
        <w:br/>
      </w:r>
      <w:r w:rsidRPr="00286E70">
        <w:t xml:space="preserve">a tvořivosti žáků, </w:t>
      </w:r>
    </w:p>
    <w:p w14:paraId="0645B12C" w14:textId="77777777" w:rsidR="00AA7E8A" w:rsidRPr="005C2375" w:rsidRDefault="00AA7E8A" w:rsidP="00286E70">
      <w:pPr>
        <w:pStyle w:val="Odstavecseseznamem"/>
        <w:numPr>
          <w:ilvl w:val="0"/>
          <w:numId w:val="34"/>
        </w:numPr>
      </w:pPr>
      <w:r w:rsidRPr="00220494">
        <w:rPr>
          <w:rStyle w:val="Siln"/>
          <w:rFonts w:cs="Times New Roman"/>
        </w:rPr>
        <w:t>přípravy na vyučování</w:t>
      </w:r>
      <w:r w:rsidRPr="00286E70">
        <w:t xml:space="preserve">, která může zahrnovat procvičování učiva, didaktické hry, práci </w:t>
      </w:r>
      <w:r w:rsidR="00286E70">
        <w:br/>
      </w:r>
      <w:r w:rsidRPr="00286E70">
        <w:t>s knihou a další činnosti</w:t>
      </w:r>
      <w:r w:rsidRPr="005C2375">
        <w:t xml:space="preserve"> podporující vzdělávání. Příprava na vyučování není povinnou činností ŠD. </w:t>
      </w:r>
    </w:p>
    <w:p w14:paraId="3AAAA08E" w14:textId="77777777" w:rsidR="00AA7E8A" w:rsidRPr="005C2375" w:rsidRDefault="00AA7E8A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7.5 Využívání prostor školy</w:t>
      </w:r>
    </w:p>
    <w:p w14:paraId="3EDE2A92" w14:textId="77777777" w:rsidR="00AA7E8A" w:rsidRPr="005C2375" w:rsidRDefault="00AA7E8A" w:rsidP="007860F7">
      <w:r w:rsidRPr="005C2375">
        <w:t xml:space="preserve">Rodiče a další návštěvníci </w:t>
      </w:r>
      <w:r w:rsidRPr="00286E70">
        <w:rPr>
          <w:rStyle w:val="Siln"/>
          <w:rFonts w:eastAsiaTheme="majorEastAsia" w:cs="Times New Roman"/>
          <w:b w:val="0"/>
        </w:rPr>
        <w:t>nevstupují do učeben školní družiny</w:t>
      </w:r>
      <w:r w:rsidRPr="005C2375">
        <w:t>, pokud k tomu nejsou vyzváni nebo není jejich vstup předem dohodnut.</w:t>
      </w:r>
    </w:p>
    <w:p w14:paraId="6C140BB6" w14:textId="77777777" w:rsidR="00AA7E8A" w:rsidRPr="005C2375" w:rsidRDefault="00AA7E8A" w:rsidP="007860F7">
      <w:r w:rsidRPr="005C2375">
        <w:t>Při využívání tělocvičny, keramické dílny, pracovny, hřiště a dalších prostor se žáci řídí pravidly stanovenými pro dané prostory.</w:t>
      </w:r>
    </w:p>
    <w:p w14:paraId="58123BCD" w14:textId="77777777" w:rsidR="00AA7E8A" w:rsidRPr="005C2375" w:rsidRDefault="00AA7E8A" w:rsidP="007860F7">
      <w:r w:rsidRPr="005C2375">
        <w:t>Zájmové činnosti mohou být podle organizačních možností školy realizovány také v prostorách MŠ. V případě pravidelné činnosti v jiné budově jsou zákonní zástupci o této skutečnosti předem informováni a způsob vyzvedávání dítěte je uveden v přihlášce k zájmovému vzdělávání.</w:t>
      </w:r>
    </w:p>
    <w:p w14:paraId="4E8D1CE2" w14:textId="77777777" w:rsidR="00AA7E8A" w:rsidRPr="005C2375" w:rsidRDefault="00AA7E8A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7.6 Zájmové kroužky a další aktivity</w:t>
      </w:r>
    </w:p>
    <w:p w14:paraId="1699FC25" w14:textId="77777777" w:rsidR="00AA7E8A" w:rsidRPr="005C2375" w:rsidRDefault="00AA7E8A" w:rsidP="007860F7">
      <w:r w:rsidRPr="005C2375">
        <w:t xml:space="preserve">Školní družina může v rámci své běžné činnosti a v průběhu stanovené provozní doby organizovat zájmové kroužky. Jejich účastníky mohou být také žáci, kteří nejsou přihlášeni </w:t>
      </w:r>
      <w:r w:rsidR="00286E70">
        <w:br/>
      </w:r>
      <w:r w:rsidRPr="005C2375">
        <w:t>k pravidelné docházce do ŠD. Tyto činnosti mohou být poskytovány za úplatu.</w:t>
      </w:r>
    </w:p>
    <w:p w14:paraId="2C6ADC74" w14:textId="77777777" w:rsidR="00AA7E8A" w:rsidRPr="005C2375" w:rsidRDefault="00AA7E8A" w:rsidP="007860F7">
      <w:r w:rsidRPr="005C2375">
        <w:t>Školní družina může organizovat také zájmové kroužky a další aktivity, například výlety, exkurze, sportovní a kulturní akce, které se uskutečňují mimo stanovenou provozní dobu ŠD. Účast na těchto aktivitách není podmíněna zápisem k pravidelné docházce do ŠD a tyto činnosti mohou být poskytovány za úplatu.</w:t>
      </w:r>
    </w:p>
    <w:p w14:paraId="1A980CC9" w14:textId="77777777" w:rsidR="00AA7E8A" w:rsidRPr="005C2375" w:rsidRDefault="00AA7E8A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7.7 Materiální a prostorové podmínky</w:t>
      </w:r>
    </w:p>
    <w:p w14:paraId="562F28CD" w14:textId="77777777" w:rsidR="00AA7E8A" w:rsidRPr="005C2375" w:rsidRDefault="00AA7E8A" w:rsidP="007860F7">
      <w:r w:rsidRPr="005C2375">
        <w:t>Školní družina využívá zejména:</w:t>
      </w:r>
    </w:p>
    <w:p w14:paraId="6A3D19A3" w14:textId="77777777" w:rsidR="00AA7E8A" w:rsidRPr="005C2375" w:rsidRDefault="00AA7E8A" w:rsidP="007860F7">
      <w:pPr>
        <w:pStyle w:val="Odstavecseseznamem"/>
        <w:numPr>
          <w:ilvl w:val="0"/>
          <w:numId w:val="30"/>
        </w:numPr>
      </w:pPr>
      <w:r w:rsidRPr="005C2375">
        <w:t xml:space="preserve">učební a další pomůcky, které jsou součástí inventáře školy, </w:t>
      </w:r>
    </w:p>
    <w:p w14:paraId="450D61E6" w14:textId="77777777" w:rsidR="00AA7E8A" w:rsidRPr="005C2375" w:rsidRDefault="00AA7E8A" w:rsidP="007860F7">
      <w:pPr>
        <w:pStyle w:val="Odstavecseseznamem"/>
        <w:numPr>
          <w:ilvl w:val="0"/>
          <w:numId w:val="30"/>
        </w:numPr>
      </w:pPr>
      <w:r w:rsidRPr="005C2375">
        <w:t>školní potřeby a spotřební materiál pořízený z rozpočtu školy</w:t>
      </w:r>
      <w:r w:rsidR="009A4577" w:rsidRPr="005C2375">
        <w:t xml:space="preserve">, nebo </w:t>
      </w:r>
      <w:r w:rsidRPr="005C2375">
        <w:t xml:space="preserve">získaný od sponzorů </w:t>
      </w:r>
    </w:p>
    <w:p w14:paraId="2D718CAC" w14:textId="77777777" w:rsidR="00AA7E8A" w:rsidRPr="005C2375" w:rsidRDefault="00AA7E8A" w:rsidP="007860F7">
      <w:pPr>
        <w:pStyle w:val="Odstavecseseznamem"/>
        <w:numPr>
          <w:ilvl w:val="0"/>
          <w:numId w:val="30"/>
        </w:numPr>
      </w:pPr>
      <w:r w:rsidRPr="005C2375">
        <w:t xml:space="preserve">prostory školní družiny a školy, </w:t>
      </w:r>
    </w:p>
    <w:p w14:paraId="782E6D56" w14:textId="77777777" w:rsidR="00AA7E8A" w:rsidRPr="005C2375" w:rsidRDefault="00AA7E8A" w:rsidP="007860F7">
      <w:pPr>
        <w:pStyle w:val="Odstavecseseznamem"/>
        <w:numPr>
          <w:ilvl w:val="0"/>
          <w:numId w:val="30"/>
        </w:numPr>
      </w:pPr>
      <w:r w:rsidRPr="005C2375">
        <w:t xml:space="preserve">keramickou dílnu v budově MŠ Domeček, </w:t>
      </w:r>
    </w:p>
    <w:p w14:paraId="282567B1" w14:textId="77777777" w:rsidR="00AA7E8A" w:rsidRPr="005C2375" w:rsidRDefault="00AA7E8A" w:rsidP="007860F7">
      <w:pPr>
        <w:pStyle w:val="Odstavecseseznamem"/>
        <w:numPr>
          <w:ilvl w:val="0"/>
          <w:numId w:val="30"/>
        </w:numPr>
      </w:pPr>
      <w:r w:rsidRPr="005C2375">
        <w:t xml:space="preserve">tělocvičnu, </w:t>
      </w:r>
    </w:p>
    <w:p w14:paraId="3E07B70F" w14:textId="77777777" w:rsidR="00AA7E8A" w:rsidRPr="005C2375" w:rsidRDefault="00AA7E8A" w:rsidP="007860F7">
      <w:pPr>
        <w:pStyle w:val="Odstavecseseznamem"/>
        <w:numPr>
          <w:ilvl w:val="0"/>
          <w:numId w:val="30"/>
        </w:numPr>
      </w:pPr>
      <w:r w:rsidRPr="005C2375">
        <w:t xml:space="preserve">školní zahradu a hřiště, </w:t>
      </w:r>
    </w:p>
    <w:p w14:paraId="49069869" w14:textId="77777777" w:rsidR="00AA7E8A" w:rsidRPr="005C2375" w:rsidRDefault="00AA7E8A" w:rsidP="007860F7">
      <w:pPr>
        <w:pStyle w:val="Odstavecseseznamem"/>
        <w:numPr>
          <w:ilvl w:val="0"/>
          <w:numId w:val="30"/>
        </w:numPr>
      </w:pPr>
      <w:r w:rsidRPr="005C2375">
        <w:t xml:space="preserve">víceúčelová hřiště a přírodu v okolí školy. </w:t>
      </w:r>
    </w:p>
    <w:p w14:paraId="1D11C572" w14:textId="77777777" w:rsidR="00AA7E8A" w:rsidRPr="005C2375" w:rsidRDefault="00AA7E8A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7.8 Ukončení provozu a nevyzvednutí žáka</w:t>
      </w:r>
    </w:p>
    <w:p w14:paraId="4DD05CF6" w14:textId="77777777" w:rsidR="00AA7E8A" w:rsidRPr="005C2375" w:rsidRDefault="00AA7E8A" w:rsidP="007860F7">
      <w:r w:rsidRPr="005C2375">
        <w:t xml:space="preserve">Provoz školní družiny končí v </w:t>
      </w:r>
      <w:r w:rsidRPr="00220494">
        <w:rPr>
          <w:rStyle w:val="Siln"/>
          <w:rFonts w:eastAsiaTheme="majorEastAsia" w:cs="Times New Roman"/>
        </w:rPr>
        <w:t>15:00 hodin</w:t>
      </w:r>
      <w:r w:rsidRPr="005C2375">
        <w:t>.</w:t>
      </w:r>
    </w:p>
    <w:p w14:paraId="4D8B2C32" w14:textId="77777777" w:rsidR="00AA7E8A" w:rsidRPr="005C2375" w:rsidRDefault="00AA7E8A" w:rsidP="007860F7">
      <w:r w:rsidRPr="005C2375">
        <w:t xml:space="preserve">Pokud zákonný zástupce žáka nebo jiná pověřená osoba žáka do stanovené doby nevyzvedne, vychovatelka podle možností nejprve </w:t>
      </w:r>
      <w:r w:rsidRPr="00286E70">
        <w:rPr>
          <w:rStyle w:val="Siln"/>
          <w:rFonts w:eastAsiaTheme="majorEastAsia" w:cs="Times New Roman"/>
          <w:b w:val="0"/>
        </w:rPr>
        <w:t>telefonicky kontaktuje zákonného zástupce a osoby uvedené v přihlášce dítěte do ŠD</w:t>
      </w:r>
      <w:r w:rsidRPr="005C2375">
        <w:t>.</w:t>
      </w:r>
    </w:p>
    <w:p w14:paraId="6F2B6A67" w14:textId="77777777" w:rsidR="00AA7E8A" w:rsidRPr="005C2375" w:rsidRDefault="00AA7E8A" w:rsidP="007860F7">
      <w:r w:rsidRPr="005C2375">
        <w:t>Pokud je tento postup bezvýsledný:</w:t>
      </w:r>
    </w:p>
    <w:p w14:paraId="6F9DF55D" w14:textId="77777777" w:rsidR="00AA7E8A" w:rsidRPr="005C2375" w:rsidRDefault="00AA7E8A" w:rsidP="00286E70">
      <w:pPr>
        <w:pStyle w:val="Odstavecseseznamem"/>
        <w:numPr>
          <w:ilvl w:val="0"/>
          <w:numId w:val="35"/>
        </w:numPr>
      </w:pPr>
      <w:r w:rsidRPr="005C2375">
        <w:t xml:space="preserve">na základě předchozí dohody kontaktuje pracovníka orgánu péče o dítě, </w:t>
      </w:r>
    </w:p>
    <w:p w14:paraId="19DAEC0B" w14:textId="77777777" w:rsidR="00AA7E8A" w:rsidRPr="005C2375" w:rsidRDefault="00AA7E8A" w:rsidP="00286E70">
      <w:pPr>
        <w:pStyle w:val="Odstavecseseznamem"/>
        <w:numPr>
          <w:ilvl w:val="0"/>
          <w:numId w:val="35"/>
        </w:numPr>
      </w:pPr>
      <w:r w:rsidRPr="005C2375">
        <w:t xml:space="preserve">na základě předchozí dohody s obecním úřadem kontaktuje pracovníka obecního úřadu, </w:t>
      </w:r>
    </w:p>
    <w:p w14:paraId="7E9E3430" w14:textId="77777777" w:rsidR="00AA7E8A" w:rsidRPr="005C2375" w:rsidRDefault="00AA7E8A" w:rsidP="00286E70">
      <w:pPr>
        <w:pStyle w:val="Odstavecseseznamem"/>
        <w:numPr>
          <w:ilvl w:val="0"/>
          <w:numId w:val="35"/>
        </w:numPr>
      </w:pPr>
      <w:r w:rsidRPr="005C2375">
        <w:t xml:space="preserve">v případě potřeby požádá o pomoc </w:t>
      </w:r>
      <w:r w:rsidRPr="00286E70">
        <w:rPr>
          <w:rStyle w:val="Siln"/>
          <w:rFonts w:cs="Times New Roman"/>
          <w:b w:val="0"/>
        </w:rPr>
        <w:t>Policii České republiky</w:t>
      </w:r>
      <w:r w:rsidRPr="005C2375">
        <w:t xml:space="preserve">. </w:t>
      </w:r>
    </w:p>
    <w:p w14:paraId="16451F9C" w14:textId="77777777" w:rsidR="00AA7E8A" w:rsidRPr="005C2375" w:rsidRDefault="00AA7E8A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7.9 Provoz v době školních prázdnin</w:t>
      </w:r>
    </w:p>
    <w:p w14:paraId="74DA550C" w14:textId="77777777" w:rsidR="00AA7E8A" w:rsidRPr="005C2375" w:rsidRDefault="009A4577" w:rsidP="007860F7">
      <w:r w:rsidRPr="005C2375">
        <w:t xml:space="preserve">Činnost školní družiny může být v době školních prázdnin přerušena. O přerušení činnosti rozhoduje ředitelka školy po projednání se zřizovatelem v souladu s § 8 odst. 2 vyhlášky </w:t>
      </w:r>
      <w:r w:rsidR="008D39D8">
        <w:br/>
      </w:r>
      <w:r w:rsidRPr="005C2375">
        <w:t xml:space="preserve">č. 74/2005 Sb., o zájmovém vzdělávání, v platném znění. Informace o přerušení provozu </w:t>
      </w:r>
      <w:r w:rsidR="00A9584D">
        <w:br/>
      </w:r>
      <w:r w:rsidRPr="005C2375">
        <w:t>je zveřejněna způsobem stanoveným právními předpisy.</w:t>
      </w:r>
    </w:p>
    <w:p w14:paraId="76FDA218" w14:textId="77777777" w:rsidR="00FD380B" w:rsidRPr="005C2375" w:rsidRDefault="00FD380B" w:rsidP="00EC1E84">
      <w:pPr>
        <w:pStyle w:val="Nadpis1"/>
        <w:spacing w:line="360" w:lineRule="auto"/>
        <w:jc w:val="both"/>
        <w:rPr>
          <w:rFonts w:ascii="Times New Roman" w:hAnsi="Times New Roman" w:cs="Times New Roman"/>
          <w:sz w:val="36"/>
        </w:rPr>
      </w:pPr>
      <w:r w:rsidRPr="005C2375">
        <w:rPr>
          <w:rFonts w:ascii="Times New Roman" w:hAnsi="Times New Roman" w:cs="Times New Roman"/>
        </w:rPr>
        <w:t>8. Bezpečnost a ochrana zdraví</w:t>
      </w:r>
    </w:p>
    <w:p w14:paraId="7B4072EB" w14:textId="77777777" w:rsidR="00FD380B" w:rsidRPr="005C2375" w:rsidRDefault="00FD380B" w:rsidP="007860F7">
      <w:r w:rsidRPr="005C2375">
        <w:t xml:space="preserve">Školní družina vytváří podmínky pro bezpečný pobyt žáků a ochranu jejich zdraví. Žáci jsou </w:t>
      </w:r>
      <w:r w:rsidR="008D39D8">
        <w:br/>
      </w:r>
      <w:r w:rsidRPr="005C2375">
        <w:t xml:space="preserve">na začátku školního roku a následně podle potřeby prokazatelně seznamováni s pravidly bezpečného chování, ochrany zdraví a používání prostor a vybavení školní družiny. O poučení </w:t>
      </w:r>
      <w:r w:rsidR="00A9584D">
        <w:br/>
      </w:r>
      <w:r w:rsidRPr="005C2375">
        <w:t>je proveden záznam v třídní knize.</w:t>
      </w:r>
    </w:p>
    <w:p w14:paraId="7285997A" w14:textId="77777777" w:rsidR="00FD380B" w:rsidRPr="005C2375" w:rsidRDefault="00FD380B" w:rsidP="007860F7">
      <w:pPr>
        <w:pStyle w:val="Odstavecseseznamem"/>
        <w:numPr>
          <w:ilvl w:val="0"/>
          <w:numId w:val="31"/>
        </w:numPr>
      </w:pPr>
      <w:r w:rsidRPr="005C2375">
        <w:t>Žáci jsou povinni řídit se pokyny vychovatelky ŠD a bez jejího vědomí neopouštět místo organizované činnosti ani prostory školy a školského zařízení.</w:t>
      </w:r>
    </w:p>
    <w:p w14:paraId="0A5DE41F" w14:textId="77777777" w:rsidR="00FD380B" w:rsidRPr="005C2375" w:rsidRDefault="00FD380B" w:rsidP="007860F7">
      <w:pPr>
        <w:pStyle w:val="Odstavecseseznamem"/>
        <w:numPr>
          <w:ilvl w:val="0"/>
          <w:numId w:val="31"/>
        </w:numPr>
      </w:pPr>
      <w:r w:rsidRPr="005C2375">
        <w:t>Při všech činnostech se žáci chovají tak, aby neohrozili své zdraví ani zdraví a bezpečnost ostatních. Dodržují pravidla bezpečného chování při pobytu ve ŠD, pohybu venku, přesunech a při využívání tělocvičny, keramické dílny a dalších prostor školy.</w:t>
      </w:r>
    </w:p>
    <w:p w14:paraId="4F05240C" w14:textId="77777777" w:rsidR="00FD380B" w:rsidRPr="005C2375" w:rsidRDefault="00FD380B" w:rsidP="007860F7">
      <w:pPr>
        <w:pStyle w:val="Odstavecseseznamem"/>
        <w:numPr>
          <w:ilvl w:val="0"/>
          <w:numId w:val="31"/>
        </w:numPr>
      </w:pPr>
      <w:r w:rsidRPr="005C2375">
        <w:t xml:space="preserve">Žáci nemanipulují bez souhlasu pedagogického pracovníka s elektrickými spotřebiči </w:t>
      </w:r>
      <w:r w:rsidR="008D39D8">
        <w:br/>
      </w:r>
      <w:r w:rsidRPr="005C2375">
        <w:t>a elektrickými zařízeními, neotvírají okna a nenahýbají se přes zábradlí.</w:t>
      </w:r>
    </w:p>
    <w:p w14:paraId="1344AF56" w14:textId="77777777" w:rsidR="00FD380B" w:rsidRPr="005C2375" w:rsidRDefault="00FD380B" w:rsidP="007860F7">
      <w:pPr>
        <w:pStyle w:val="Odstavecseseznamem"/>
        <w:numPr>
          <w:ilvl w:val="0"/>
          <w:numId w:val="31"/>
        </w:numPr>
      </w:pPr>
      <w:r w:rsidRPr="005C2375">
        <w:t>Každý úraz, zdravotní potíže nebo jinou situaci ohrožující bezpečnost žák neprodleně oznámí vychovatelce ŠD. Vychovatelka zajistí potřebná opatření a první pomoc, podle potřeby informuje zákonného zástupce, oznámí úraz vedení školy a postupuje podle pravidel školy pro evidenci a řešení úrazů.</w:t>
      </w:r>
    </w:p>
    <w:p w14:paraId="4D073AF3" w14:textId="77777777" w:rsidR="00FD380B" w:rsidRPr="005C2375" w:rsidRDefault="00FD380B" w:rsidP="007860F7">
      <w:pPr>
        <w:pStyle w:val="Odstavecseseznamem"/>
        <w:numPr>
          <w:ilvl w:val="0"/>
          <w:numId w:val="31"/>
        </w:numPr>
      </w:pPr>
      <w:r w:rsidRPr="005C2375">
        <w:t>Vychovatelka přihlíží k fyziologickým potřebám žáků, vytváří podmínky pro jejich zdravý vývoj a poskytuje jim přiměřené informace k zajištění bezpečnosti a ochrany zdraví.</w:t>
      </w:r>
    </w:p>
    <w:p w14:paraId="296D6BC6" w14:textId="77777777" w:rsidR="00FD380B" w:rsidRPr="005C2375" w:rsidRDefault="00FD380B" w:rsidP="007860F7">
      <w:pPr>
        <w:pStyle w:val="Odstavecseseznamem"/>
        <w:numPr>
          <w:ilvl w:val="0"/>
          <w:numId w:val="31"/>
        </w:numPr>
      </w:pPr>
      <w:r w:rsidRPr="005C2375">
        <w:t>Žáci jsou vedeni k dodržování hygienických zásad, zejména před jídlem a po použití toalety, a k ochraně vlastního zdraví i zdraví ostatních.</w:t>
      </w:r>
    </w:p>
    <w:p w14:paraId="65CC4931" w14:textId="77777777" w:rsidR="00FD380B" w:rsidRPr="005C2375" w:rsidRDefault="00FD380B" w:rsidP="007860F7">
      <w:pPr>
        <w:pStyle w:val="Odstavecseseznamem"/>
        <w:numPr>
          <w:ilvl w:val="0"/>
          <w:numId w:val="31"/>
        </w:numPr>
      </w:pPr>
      <w:r w:rsidRPr="005C2375">
        <w:t xml:space="preserve">Ve ŠD jsou nepřípustné projevy násilí, šikany, diskriminace, ponižování, vyhrožování, omezování osobní svobody a další projevy rizikového chování. Zákaz se vztahuje také </w:t>
      </w:r>
      <w:r w:rsidR="008D39D8">
        <w:br/>
      </w:r>
      <w:r w:rsidRPr="005C2375">
        <w:t>na zneužívání informačních technologií k ponižování nebo znevažování důstojnosti druhých osob.</w:t>
      </w:r>
    </w:p>
    <w:p w14:paraId="6920DAD4" w14:textId="77777777" w:rsidR="00FD380B" w:rsidRPr="005C2375" w:rsidRDefault="00FD380B" w:rsidP="007860F7">
      <w:pPr>
        <w:pStyle w:val="Odstavecseseznamem"/>
        <w:numPr>
          <w:ilvl w:val="0"/>
          <w:numId w:val="31"/>
        </w:numPr>
      </w:pPr>
      <w:r w:rsidRPr="005C2375">
        <w:t>Prokázané projevy šikany a kyberšikany jsou považovány za závažné porušení pravidel stanovených tímto vnitřním řádem. Škola při jejich řešení postupuje podle příslušných pravidel a programu školy zaměřeného na prevenci a řešení šikany.</w:t>
      </w:r>
    </w:p>
    <w:p w14:paraId="2C77E4C9" w14:textId="77777777" w:rsidR="00FD380B" w:rsidRPr="005C2375" w:rsidRDefault="00FD380B" w:rsidP="007860F7">
      <w:pPr>
        <w:pStyle w:val="Odstavecseseznamem"/>
        <w:numPr>
          <w:ilvl w:val="0"/>
          <w:numId w:val="31"/>
        </w:numPr>
      </w:pPr>
      <w:r w:rsidRPr="005C2375">
        <w:t>Zvláště hrubé opakované slovní a úmyslné fyzické útoky žáka vůči zaměstnancům školy nebo ostatním žákům jsou posuzovány v souladu se školským zákonem a platnými právními předpisy. V případech stanovených právními předpisy škola informuje příslušné orgány.</w:t>
      </w:r>
    </w:p>
    <w:p w14:paraId="0E90D0D5" w14:textId="77777777" w:rsidR="00FD380B" w:rsidRPr="005C2375" w:rsidRDefault="00FD380B" w:rsidP="007860F7">
      <w:pPr>
        <w:pStyle w:val="Odstavecseseznamem"/>
        <w:numPr>
          <w:ilvl w:val="0"/>
          <w:numId w:val="31"/>
        </w:numPr>
      </w:pPr>
      <w:r w:rsidRPr="005C2375">
        <w:t xml:space="preserve">Při využívání odborných a dalších prostor školy se žáci řídí také pravidly stanovenými </w:t>
      </w:r>
      <w:r w:rsidR="008D39D8">
        <w:br/>
      </w:r>
      <w:r w:rsidRPr="005C2375">
        <w:t>pro jejich používání.</w:t>
      </w:r>
    </w:p>
    <w:p w14:paraId="64A83EBD" w14:textId="77777777" w:rsidR="00FD380B" w:rsidRPr="005C2375" w:rsidRDefault="00FD380B" w:rsidP="007860F7">
      <w:pPr>
        <w:pStyle w:val="Odstavecseseznamem"/>
        <w:numPr>
          <w:ilvl w:val="0"/>
          <w:numId w:val="31"/>
        </w:numPr>
      </w:pPr>
      <w:r w:rsidRPr="005C2375">
        <w:t>Pokud žák vykazuje známky akutního onemocnění, postupuje škola podle příslušných pravidel školy a platných právních předpisů.</w:t>
      </w:r>
    </w:p>
    <w:p w14:paraId="257BBDD1" w14:textId="77777777" w:rsidR="00FD380B" w:rsidRPr="005C2375" w:rsidRDefault="00FD380B" w:rsidP="00EC1E84">
      <w:pPr>
        <w:pStyle w:val="Nadpis2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8.1 Používání mobilních telefonů a elektronických zařízení</w:t>
      </w:r>
    </w:p>
    <w:p w14:paraId="172DB6A5" w14:textId="77777777" w:rsidR="00FD380B" w:rsidRPr="005C2375" w:rsidRDefault="00FD380B" w:rsidP="00BB3ECD">
      <w:r w:rsidRPr="005C2375">
        <w:t>Používání mobilních telefonů a dalších elektronických zařízení je ve školní družině možné pouze se souhlasem vychovatelky ŠD a v souladu s pravidly školy. Výjimkou je jejich nezbytné použití ze zdravotních důvodů</w:t>
      </w:r>
    </w:p>
    <w:p w14:paraId="4FC4A8DD" w14:textId="77777777" w:rsidR="009939BF" w:rsidRPr="005C2375" w:rsidRDefault="00C50E67" w:rsidP="00EC1E84">
      <w:pPr>
        <w:pStyle w:val="Nadpis1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9. Zacházení s majetkem školy a školní družiny</w:t>
      </w:r>
    </w:p>
    <w:p w14:paraId="468F06B8" w14:textId="77777777" w:rsidR="00FD380B" w:rsidRPr="005C2375" w:rsidRDefault="00FD380B" w:rsidP="00BB3ECD">
      <w:pPr>
        <w:pStyle w:val="Odstavecseseznamem"/>
        <w:numPr>
          <w:ilvl w:val="0"/>
          <w:numId w:val="32"/>
        </w:numPr>
      </w:pPr>
      <w:r w:rsidRPr="005C2375">
        <w:t>Žáci zacházejí šetrně s vybavením, pomůckami a majetkem školy a školní družiny. Používají je pouze k určenému účelu a podle pokynů vychovatelky ŠD.</w:t>
      </w:r>
    </w:p>
    <w:p w14:paraId="780191EA" w14:textId="77777777" w:rsidR="00FD380B" w:rsidRPr="005C2375" w:rsidRDefault="00FD380B" w:rsidP="00BB3ECD">
      <w:pPr>
        <w:pStyle w:val="Odstavecseseznamem"/>
        <w:numPr>
          <w:ilvl w:val="0"/>
          <w:numId w:val="32"/>
        </w:numPr>
      </w:pPr>
      <w:r w:rsidRPr="005C2375">
        <w:t>Majetek školní družiny nesmějí žáci bez souhlasu zaměstnance školy odnášet mimo prostory školy.</w:t>
      </w:r>
    </w:p>
    <w:p w14:paraId="6F47AC60" w14:textId="77777777" w:rsidR="00FD380B" w:rsidRPr="005C2375" w:rsidRDefault="00FD380B" w:rsidP="00BB3ECD">
      <w:pPr>
        <w:pStyle w:val="Odstavecseseznamem"/>
        <w:numPr>
          <w:ilvl w:val="0"/>
          <w:numId w:val="32"/>
        </w:numPr>
      </w:pPr>
      <w:r w:rsidRPr="005C2375">
        <w:t>Žák nesmí svým jednáním a chováním svévolně poškozovat majetek školy nebo školní družiny ani věci, které mu byly svěřeny do osobního užívání, například hračky, stavebnice, hry nebo knihy.</w:t>
      </w:r>
    </w:p>
    <w:p w14:paraId="2BACCE25" w14:textId="77777777" w:rsidR="00FD380B" w:rsidRPr="005C2375" w:rsidRDefault="00FD380B" w:rsidP="00BB3ECD">
      <w:pPr>
        <w:pStyle w:val="Odstavecseseznamem"/>
        <w:numPr>
          <w:ilvl w:val="0"/>
          <w:numId w:val="32"/>
        </w:numPr>
      </w:pPr>
      <w:r w:rsidRPr="005C2375">
        <w:t>Zjištěné poškození nebo závadu žák neprodleně oznámí vychovatelce ŠD.</w:t>
      </w:r>
    </w:p>
    <w:p w14:paraId="1F6D313E" w14:textId="77777777" w:rsidR="00FD380B" w:rsidRPr="005C2375" w:rsidRDefault="00FD380B" w:rsidP="00BB3ECD">
      <w:pPr>
        <w:pStyle w:val="Odstavecseseznamem"/>
        <w:numPr>
          <w:ilvl w:val="0"/>
          <w:numId w:val="32"/>
        </w:numPr>
      </w:pPr>
      <w:r w:rsidRPr="005C2375">
        <w:t>Žáci udržují pořádek ve využívaných prostorách a po skončení činnosti uklidí používané pomůcky a materiály.</w:t>
      </w:r>
    </w:p>
    <w:p w14:paraId="3B06DC29" w14:textId="77777777" w:rsidR="00FD380B" w:rsidRPr="005C2375" w:rsidRDefault="00FD380B" w:rsidP="00BB3ECD">
      <w:pPr>
        <w:pStyle w:val="Odstavecseseznamem"/>
        <w:numPr>
          <w:ilvl w:val="0"/>
          <w:numId w:val="32"/>
        </w:numPr>
      </w:pPr>
      <w:r w:rsidRPr="005C2375">
        <w:t xml:space="preserve">Případné úmyslné poškození nebo zničení majetku školy či školní družiny se řeší </w:t>
      </w:r>
      <w:r w:rsidR="008D39D8">
        <w:br/>
      </w:r>
      <w:r w:rsidRPr="005C2375">
        <w:t xml:space="preserve">v souladu s platnými právními předpisy a pravidly školy. </w:t>
      </w:r>
      <w:r w:rsidRPr="008D39D8">
        <w:rPr>
          <w:rStyle w:val="Siln"/>
          <w:rFonts w:cs="Times New Roman"/>
          <w:b w:val="0"/>
        </w:rPr>
        <w:t xml:space="preserve">Případná náhrada škody </w:t>
      </w:r>
      <w:r w:rsidR="00A9584D">
        <w:rPr>
          <w:rStyle w:val="Siln"/>
          <w:rFonts w:cs="Times New Roman"/>
          <w:b w:val="0"/>
        </w:rPr>
        <w:br/>
      </w:r>
      <w:r w:rsidRPr="008D39D8">
        <w:rPr>
          <w:rStyle w:val="Siln"/>
          <w:rFonts w:cs="Times New Roman"/>
          <w:b w:val="0"/>
        </w:rPr>
        <w:t>je řešena se zákonným zástupcem podle okolností konkrétního případu.</w:t>
      </w:r>
    </w:p>
    <w:p w14:paraId="1138D30F" w14:textId="77777777" w:rsidR="00FD380B" w:rsidRPr="005C2375" w:rsidRDefault="00FD380B" w:rsidP="00BB3ECD">
      <w:pPr>
        <w:pStyle w:val="Odstavecseseznamem"/>
        <w:numPr>
          <w:ilvl w:val="0"/>
          <w:numId w:val="32"/>
        </w:numPr>
      </w:pPr>
      <w:r w:rsidRPr="005C2375">
        <w:t>Nalezené věci žáci odevzdají vychovatelce ŠD nebo jinému zaměstnanci školy</w:t>
      </w:r>
      <w:r w:rsidR="00BB3ECD">
        <w:t>.</w:t>
      </w:r>
    </w:p>
    <w:p w14:paraId="4C05A8D6" w14:textId="77777777" w:rsidR="009939BF" w:rsidRPr="005C2375" w:rsidRDefault="00C50E67" w:rsidP="00EC1E84">
      <w:pPr>
        <w:pStyle w:val="Nadpis1"/>
        <w:spacing w:line="360" w:lineRule="auto"/>
        <w:jc w:val="both"/>
        <w:rPr>
          <w:rFonts w:ascii="Times New Roman" w:hAnsi="Times New Roman" w:cs="Times New Roman"/>
        </w:rPr>
      </w:pPr>
      <w:r w:rsidRPr="005C2375">
        <w:rPr>
          <w:rFonts w:ascii="Times New Roman" w:hAnsi="Times New Roman" w:cs="Times New Roman"/>
        </w:rPr>
        <w:t>10. Závěrečná ustanovení</w:t>
      </w:r>
    </w:p>
    <w:p w14:paraId="102AF109" w14:textId="77777777" w:rsidR="009939BF" w:rsidRPr="00BB3ECD" w:rsidRDefault="00C50E67" w:rsidP="00BB3ECD">
      <w:r w:rsidRPr="00BB3ECD">
        <w:t>Tento vnitřní řád je závazný pro všechny účastníky zájmového vzdělávání ve školní družině, jejich zákonné zástupce a zaměstnance školy v rozsahu jejich činnosti ve školní družině.</w:t>
      </w:r>
    </w:p>
    <w:p w14:paraId="5A6DB132" w14:textId="77777777" w:rsidR="009939BF" w:rsidRPr="00BB3ECD" w:rsidRDefault="00C50E67" w:rsidP="00BB3ECD">
      <w:r w:rsidRPr="00BB3ECD">
        <w:t>S vnitřním řádem jsou žáci a zaměstnanci školy prokazatelně seznámeni. Zákonní zástupci nezletilých žáků jsou o jeho vydání a obsahu informováni.</w:t>
      </w:r>
    </w:p>
    <w:p w14:paraId="3D33BD94" w14:textId="77777777" w:rsidR="009939BF" w:rsidRPr="00BB3ECD" w:rsidRDefault="00C50E67" w:rsidP="00BB3ECD">
      <w:r w:rsidRPr="00BB3ECD">
        <w:t>Vnitřní řád je zveřejněn způsobem umožňujícím dálkový přístup a je k dispozici na přístupném místě ve škole.</w:t>
      </w:r>
    </w:p>
    <w:p w14:paraId="04FCBE9F" w14:textId="77777777" w:rsidR="009939BF" w:rsidRPr="00BB3ECD" w:rsidRDefault="00C50E67" w:rsidP="00BB3ECD">
      <w:r w:rsidRPr="00BB3ECD">
        <w:t xml:space="preserve">Dnem nabytí účinnosti tohoto vnitřního řádu se ruší předchozí </w:t>
      </w:r>
      <w:r w:rsidR="008D39D8">
        <w:t>V</w:t>
      </w:r>
      <w:r w:rsidRPr="00BB3ECD">
        <w:t>nitřní řád školní družiny.</w:t>
      </w:r>
    </w:p>
    <w:p w14:paraId="6F2983CB" w14:textId="77777777" w:rsidR="00FD380B" w:rsidRDefault="00FD380B" w:rsidP="00EC1E84">
      <w:pPr>
        <w:spacing w:line="360" w:lineRule="auto"/>
        <w:jc w:val="both"/>
        <w:rPr>
          <w:rFonts w:cs="Times New Roman"/>
        </w:rPr>
      </w:pPr>
    </w:p>
    <w:p w14:paraId="27E4B1C5" w14:textId="77777777" w:rsidR="00065B3E" w:rsidRPr="005C2375" w:rsidRDefault="00065B3E" w:rsidP="00EC1E84">
      <w:pPr>
        <w:spacing w:line="360" w:lineRule="auto"/>
        <w:jc w:val="both"/>
        <w:rPr>
          <w:rFonts w:cs="Times New Roman"/>
        </w:rPr>
      </w:pPr>
    </w:p>
    <w:p w14:paraId="26B1FF21" w14:textId="77777777" w:rsidR="00FD380B" w:rsidRPr="005C2375" w:rsidRDefault="00FD380B" w:rsidP="00A63C73">
      <w:pPr>
        <w:rPr>
          <w:rFonts w:cs="Times New Roman"/>
        </w:rPr>
      </w:pPr>
      <w:r w:rsidRPr="005C2375">
        <w:rPr>
          <w:rFonts w:cs="Times New Roman"/>
        </w:rPr>
        <w:t xml:space="preserve">V Toužimi dne 31. srpna 2026 </w:t>
      </w:r>
    </w:p>
    <w:p w14:paraId="1E0C2C3F" w14:textId="77777777" w:rsidR="008D39D8" w:rsidRDefault="00FD380B" w:rsidP="00065B3E">
      <w:pPr>
        <w:ind w:left="5760" w:firstLine="720"/>
        <w:jc w:val="center"/>
        <w:rPr>
          <w:rFonts w:cs="Times New Roman"/>
        </w:rPr>
      </w:pPr>
      <w:r w:rsidRPr="005C2375">
        <w:rPr>
          <w:rFonts w:cs="Times New Roman"/>
        </w:rPr>
        <w:t>PaedDr. Ingrid Franková</w:t>
      </w:r>
    </w:p>
    <w:p w14:paraId="540A2801" w14:textId="77777777" w:rsidR="00FD380B" w:rsidRPr="005C2375" w:rsidRDefault="008D39D8" w:rsidP="00065B3E">
      <w:pPr>
        <w:ind w:left="5760" w:firstLine="720"/>
        <w:jc w:val="center"/>
        <w:rPr>
          <w:rFonts w:cs="Times New Roman"/>
        </w:rPr>
      </w:pPr>
      <w:r>
        <w:rPr>
          <w:rFonts w:cs="Times New Roman"/>
        </w:rPr>
        <w:t>ř</w:t>
      </w:r>
      <w:r w:rsidR="00FD380B" w:rsidRPr="005C2375">
        <w:rPr>
          <w:rFonts w:cs="Times New Roman"/>
        </w:rPr>
        <w:t xml:space="preserve">editelka školy </w:t>
      </w:r>
    </w:p>
    <w:p w14:paraId="24AD9445" w14:textId="77777777" w:rsidR="00FD380B" w:rsidRDefault="00FD380B" w:rsidP="008D39D8">
      <w:pPr>
        <w:jc w:val="right"/>
      </w:pPr>
      <w:r>
        <w:t xml:space="preserve"> </w:t>
      </w:r>
    </w:p>
    <w:p w14:paraId="321DCFBE" w14:textId="77777777" w:rsidR="00C50E67" w:rsidRPr="00173F81" w:rsidRDefault="00C50E67">
      <w:pPr>
        <w:spacing w:after="120" w:line="276" w:lineRule="auto"/>
        <w:rPr>
          <w:rFonts w:cs="Times New Roman"/>
        </w:rPr>
      </w:pPr>
    </w:p>
    <w:sectPr w:rsidR="00C50E67" w:rsidRPr="00173F81" w:rsidSect="00034616">
      <w:footerReference w:type="default" r:id="rId9"/>
      <w:pgSz w:w="12240" w:h="15840"/>
      <w:pgMar w:top="1134" w:right="1417" w:bottom="1134" w:left="141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8CE89" w14:textId="77777777" w:rsidR="00C842AD" w:rsidRDefault="00C842AD">
      <w:pPr>
        <w:spacing w:after="0"/>
      </w:pPr>
      <w:r>
        <w:separator/>
      </w:r>
    </w:p>
  </w:endnote>
  <w:endnote w:type="continuationSeparator" w:id="0">
    <w:p w14:paraId="01ED57F0" w14:textId="77777777" w:rsidR="00C842AD" w:rsidRDefault="00C842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882F3" w14:textId="77777777" w:rsidR="00F42C9E" w:rsidRDefault="00F42C9E">
    <w:pPr>
      <w:pStyle w:val="Zpat"/>
      <w:jc w:val="right"/>
    </w:pPr>
    <w:r>
      <w:rPr>
        <w:sz w:val="16"/>
      </w:rPr>
      <w:t xml:space="preserve">Organizační řád školy – „Vnitřní řád školní družiny“    strana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sz w:val="16"/>
      </w:rPr>
      <w:t xml:space="preserve"> z počtu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2CBCC" w14:textId="77777777" w:rsidR="00C842AD" w:rsidRDefault="00C842AD">
      <w:pPr>
        <w:spacing w:after="0"/>
      </w:pPr>
      <w:r>
        <w:separator/>
      </w:r>
    </w:p>
  </w:footnote>
  <w:footnote w:type="continuationSeparator" w:id="0">
    <w:p w14:paraId="112398DA" w14:textId="77777777" w:rsidR="00C842AD" w:rsidRDefault="00C842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3B8166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520A06"/>
    <w:multiLevelType w:val="multilevel"/>
    <w:tmpl w:val="8F9E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E048E2"/>
    <w:multiLevelType w:val="hybridMultilevel"/>
    <w:tmpl w:val="821C05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D16D5D"/>
    <w:multiLevelType w:val="hybridMultilevel"/>
    <w:tmpl w:val="9F2601B0"/>
    <w:lvl w:ilvl="0" w:tplc="A78406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A47312"/>
    <w:multiLevelType w:val="hybridMultilevel"/>
    <w:tmpl w:val="82625384"/>
    <w:lvl w:ilvl="0" w:tplc="A78406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1248E6"/>
    <w:multiLevelType w:val="hybridMultilevel"/>
    <w:tmpl w:val="D2EE8F40"/>
    <w:lvl w:ilvl="0" w:tplc="A78406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6B2F82"/>
    <w:multiLevelType w:val="multilevel"/>
    <w:tmpl w:val="84C0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5B70D0"/>
    <w:multiLevelType w:val="hybridMultilevel"/>
    <w:tmpl w:val="6556F5E0"/>
    <w:lvl w:ilvl="0" w:tplc="A78406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E13A9"/>
    <w:multiLevelType w:val="hybridMultilevel"/>
    <w:tmpl w:val="B9AECF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0A1DA7"/>
    <w:multiLevelType w:val="hybridMultilevel"/>
    <w:tmpl w:val="9A88F854"/>
    <w:lvl w:ilvl="0" w:tplc="A78406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5D576D"/>
    <w:multiLevelType w:val="multilevel"/>
    <w:tmpl w:val="7C68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CB5B1B"/>
    <w:multiLevelType w:val="hybridMultilevel"/>
    <w:tmpl w:val="B2585D42"/>
    <w:lvl w:ilvl="0" w:tplc="A78406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E1C33"/>
    <w:multiLevelType w:val="hybridMultilevel"/>
    <w:tmpl w:val="137CEC68"/>
    <w:lvl w:ilvl="0" w:tplc="A78406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511A1"/>
    <w:multiLevelType w:val="multilevel"/>
    <w:tmpl w:val="F516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221556"/>
    <w:multiLevelType w:val="hybridMultilevel"/>
    <w:tmpl w:val="5028880E"/>
    <w:lvl w:ilvl="0" w:tplc="A78406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027045"/>
    <w:multiLevelType w:val="hybridMultilevel"/>
    <w:tmpl w:val="9A22AFE0"/>
    <w:lvl w:ilvl="0" w:tplc="A78406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9B1A97"/>
    <w:multiLevelType w:val="hybridMultilevel"/>
    <w:tmpl w:val="A6B04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511E8"/>
    <w:multiLevelType w:val="hybridMultilevel"/>
    <w:tmpl w:val="4BFC58C2"/>
    <w:lvl w:ilvl="0" w:tplc="A78406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A0494"/>
    <w:multiLevelType w:val="hybridMultilevel"/>
    <w:tmpl w:val="F9A241B6"/>
    <w:lvl w:ilvl="0" w:tplc="A78406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25D11"/>
    <w:multiLevelType w:val="hybridMultilevel"/>
    <w:tmpl w:val="22DCB28A"/>
    <w:lvl w:ilvl="0" w:tplc="A78406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BE0059"/>
    <w:multiLevelType w:val="hybridMultilevel"/>
    <w:tmpl w:val="F844E180"/>
    <w:lvl w:ilvl="0" w:tplc="A78406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471E32"/>
    <w:multiLevelType w:val="multilevel"/>
    <w:tmpl w:val="53C6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5B051B"/>
    <w:multiLevelType w:val="multilevel"/>
    <w:tmpl w:val="FCDC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BC35D0"/>
    <w:multiLevelType w:val="hybridMultilevel"/>
    <w:tmpl w:val="4878ADAC"/>
    <w:lvl w:ilvl="0" w:tplc="A78406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72D15"/>
    <w:multiLevelType w:val="multilevel"/>
    <w:tmpl w:val="8AAC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E12EAA"/>
    <w:multiLevelType w:val="hybridMultilevel"/>
    <w:tmpl w:val="BC3CDDD4"/>
    <w:lvl w:ilvl="0" w:tplc="A78406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BE3D02"/>
    <w:multiLevelType w:val="multilevel"/>
    <w:tmpl w:val="5CC8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849221">
    <w:abstractNumId w:val="8"/>
  </w:num>
  <w:num w:numId="2" w16cid:durableId="286279431">
    <w:abstractNumId w:val="6"/>
  </w:num>
  <w:num w:numId="3" w16cid:durableId="1887569143">
    <w:abstractNumId w:val="5"/>
  </w:num>
  <w:num w:numId="4" w16cid:durableId="2032416457">
    <w:abstractNumId w:val="4"/>
  </w:num>
  <w:num w:numId="5" w16cid:durableId="483161507">
    <w:abstractNumId w:val="7"/>
  </w:num>
  <w:num w:numId="6" w16cid:durableId="1340308757">
    <w:abstractNumId w:val="3"/>
  </w:num>
  <w:num w:numId="7" w16cid:durableId="1851990893">
    <w:abstractNumId w:val="2"/>
  </w:num>
  <w:num w:numId="8" w16cid:durableId="1119956065">
    <w:abstractNumId w:val="1"/>
  </w:num>
  <w:num w:numId="9" w16cid:durableId="519777157">
    <w:abstractNumId w:val="0"/>
  </w:num>
  <w:num w:numId="10" w16cid:durableId="1349209479">
    <w:abstractNumId w:val="34"/>
  </w:num>
  <w:num w:numId="11" w16cid:durableId="318584080">
    <w:abstractNumId w:val="10"/>
  </w:num>
  <w:num w:numId="12" w16cid:durableId="1907836775">
    <w:abstractNumId w:val="24"/>
  </w:num>
  <w:num w:numId="13" w16cid:durableId="2108382235">
    <w:abstractNumId w:val="16"/>
  </w:num>
  <w:num w:numId="14" w16cid:durableId="1916360536">
    <w:abstractNumId w:val="14"/>
  </w:num>
  <w:num w:numId="15" w16cid:durableId="363678974">
    <w:abstractNumId w:val="25"/>
  </w:num>
  <w:num w:numId="16" w16cid:durableId="1840192364">
    <w:abstractNumId w:val="9"/>
  </w:num>
  <w:num w:numId="17" w16cid:durableId="1824541045">
    <w:abstractNumId w:val="21"/>
  </w:num>
  <w:num w:numId="18" w16cid:durableId="995451517">
    <w:abstractNumId w:val="29"/>
  </w:num>
  <w:num w:numId="19" w16cid:durableId="313533752">
    <w:abstractNumId w:val="18"/>
  </w:num>
  <w:num w:numId="20" w16cid:durableId="330136621">
    <w:abstractNumId w:val="30"/>
  </w:num>
  <w:num w:numId="21" w16cid:durableId="881329751">
    <w:abstractNumId w:val="32"/>
  </w:num>
  <w:num w:numId="22" w16cid:durableId="2104451203">
    <w:abstractNumId w:val="26"/>
  </w:num>
  <w:num w:numId="23" w16cid:durableId="1427842547">
    <w:abstractNumId w:val="13"/>
  </w:num>
  <w:num w:numId="24" w16cid:durableId="819465048">
    <w:abstractNumId w:val="17"/>
  </w:num>
  <w:num w:numId="25" w16cid:durableId="662323212">
    <w:abstractNumId w:val="15"/>
  </w:num>
  <w:num w:numId="26" w16cid:durableId="905069287">
    <w:abstractNumId w:val="22"/>
  </w:num>
  <w:num w:numId="27" w16cid:durableId="749349017">
    <w:abstractNumId w:val="20"/>
  </w:num>
  <w:num w:numId="28" w16cid:durableId="887883590">
    <w:abstractNumId w:val="27"/>
  </w:num>
  <w:num w:numId="29" w16cid:durableId="146820046">
    <w:abstractNumId w:val="33"/>
  </w:num>
  <w:num w:numId="30" w16cid:durableId="1558275692">
    <w:abstractNumId w:val="12"/>
  </w:num>
  <w:num w:numId="31" w16cid:durableId="1506358380">
    <w:abstractNumId w:val="23"/>
  </w:num>
  <w:num w:numId="32" w16cid:durableId="853344286">
    <w:abstractNumId w:val="11"/>
  </w:num>
  <w:num w:numId="33" w16cid:durableId="404379084">
    <w:abstractNumId w:val="31"/>
  </w:num>
  <w:num w:numId="34" w16cid:durableId="29380568">
    <w:abstractNumId w:val="19"/>
  </w:num>
  <w:num w:numId="35" w16cid:durableId="165074331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B3E"/>
    <w:rsid w:val="00074EEA"/>
    <w:rsid w:val="00085184"/>
    <w:rsid w:val="0015074B"/>
    <w:rsid w:val="00164E9A"/>
    <w:rsid w:val="00173F81"/>
    <w:rsid w:val="00220494"/>
    <w:rsid w:val="00254C9B"/>
    <w:rsid w:val="00286E70"/>
    <w:rsid w:val="0029639D"/>
    <w:rsid w:val="003058C9"/>
    <w:rsid w:val="003142FE"/>
    <w:rsid w:val="0031437F"/>
    <w:rsid w:val="00322CBC"/>
    <w:rsid w:val="00326F90"/>
    <w:rsid w:val="003B4104"/>
    <w:rsid w:val="003E060E"/>
    <w:rsid w:val="004119DC"/>
    <w:rsid w:val="00482760"/>
    <w:rsid w:val="00504799"/>
    <w:rsid w:val="00515CA0"/>
    <w:rsid w:val="005529C1"/>
    <w:rsid w:val="0059274E"/>
    <w:rsid w:val="005C2375"/>
    <w:rsid w:val="005E0EBB"/>
    <w:rsid w:val="007860F7"/>
    <w:rsid w:val="007C1FB7"/>
    <w:rsid w:val="007E25FF"/>
    <w:rsid w:val="008D39D8"/>
    <w:rsid w:val="008D5FBD"/>
    <w:rsid w:val="009349D7"/>
    <w:rsid w:val="009939BF"/>
    <w:rsid w:val="009A4577"/>
    <w:rsid w:val="009E796A"/>
    <w:rsid w:val="00A439A4"/>
    <w:rsid w:val="00A63C73"/>
    <w:rsid w:val="00A90E5A"/>
    <w:rsid w:val="00A9584D"/>
    <w:rsid w:val="00AA1D8D"/>
    <w:rsid w:val="00AA7E8A"/>
    <w:rsid w:val="00B07B58"/>
    <w:rsid w:val="00B318ED"/>
    <w:rsid w:val="00B47730"/>
    <w:rsid w:val="00BB3ECD"/>
    <w:rsid w:val="00BE6A25"/>
    <w:rsid w:val="00C07F5D"/>
    <w:rsid w:val="00C50E67"/>
    <w:rsid w:val="00C63B88"/>
    <w:rsid w:val="00C842AD"/>
    <w:rsid w:val="00CA394B"/>
    <w:rsid w:val="00CB0664"/>
    <w:rsid w:val="00E2201A"/>
    <w:rsid w:val="00E250B4"/>
    <w:rsid w:val="00EC1E84"/>
    <w:rsid w:val="00F0250E"/>
    <w:rsid w:val="00F42C9E"/>
    <w:rsid w:val="00F64A8F"/>
    <w:rsid w:val="00FA578C"/>
    <w:rsid w:val="00FC693F"/>
    <w:rsid w:val="00FD380B"/>
    <w:rsid w:val="00FF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7F6FE"/>
  <w14:defaultImageDpi w14:val="330"/>
  <w15:docId w15:val="{1D94E0B5-5191-44A5-BED2-D7FF5AD4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60" w:line="240" w:lineRule="auto"/>
    </w:pPr>
    <w:rPr>
      <w:rFonts w:ascii="Times New Roman" w:eastAsia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initionTerm">
    <w:name w:val="Definition Term"/>
    <w:basedOn w:val="Normln"/>
    <w:next w:val="Normln"/>
    <w:rsid w:val="007C1FB7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cs="Times New Roman"/>
      <w:szCs w:val="20"/>
      <w:lang w:eastAsia="cs-CZ"/>
    </w:rPr>
  </w:style>
  <w:style w:type="paragraph" w:customStyle="1" w:styleId="pdq2pgselectionanchorcontainer">
    <w:name w:val="pdq2pg_selectionanchorcontainer"/>
    <w:basedOn w:val="Normln"/>
    <w:rsid w:val="00173F81"/>
    <w:pPr>
      <w:spacing w:before="100" w:beforeAutospacing="1" w:after="100" w:afterAutospacing="1"/>
    </w:pPr>
    <w:rPr>
      <w:rFonts w:cs="Times New Roman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173F81"/>
    <w:pPr>
      <w:spacing w:before="100" w:beforeAutospacing="1" w:after="100" w:afterAutospacing="1"/>
    </w:pPr>
    <w:rPr>
      <w:rFonts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CBC473-610F-4F55-B589-E092FF72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3123</Words>
  <Characters>18428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21508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Ingrid Franková</cp:lastModifiedBy>
  <cp:revision>3</cp:revision>
  <cp:lastPrinted>2026-09-07T11:45:00Z</cp:lastPrinted>
  <dcterms:created xsi:type="dcterms:W3CDTF">2026-09-01T12:08:00Z</dcterms:created>
  <dcterms:modified xsi:type="dcterms:W3CDTF">2026-09-07T11:44:00Z</dcterms:modified>
  <cp:category/>
</cp:coreProperties>
</file>